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CF914D" w14:textId="77777777" w:rsidR="00A03A04" w:rsidRDefault="00A03A04" w:rsidP="00A60EC6">
      <w:pPr>
        <w:pStyle w:val="Nadpis1"/>
        <w:spacing w:before="0"/>
        <w:jc w:val="center"/>
        <w:rPr>
          <w:color w:val="auto"/>
          <w:sz w:val="40"/>
          <w:szCs w:val="40"/>
        </w:rPr>
      </w:pPr>
    </w:p>
    <w:p w14:paraId="440626B1" w14:textId="77777777" w:rsidR="00A60EC6" w:rsidRPr="00A60EC6" w:rsidRDefault="00A60EC6" w:rsidP="00A60EC6">
      <w:pPr>
        <w:pStyle w:val="Nadpis1"/>
        <w:spacing w:before="0"/>
        <w:jc w:val="center"/>
        <w:rPr>
          <w:color w:val="auto"/>
          <w:sz w:val="40"/>
          <w:szCs w:val="40"/>
        </w:rPr>
      </w:pPr>
      <w:proofErr w:type="spellStart"/>
      <w:r w:rsidRPr="00A60EC6">
        <w:rPr>
          <w:color w:val="auto"/>
          <w:sz w:val="40"/>
          <w:szCs w:val="40"/>
        </w:rPr>
        <w:t>Základy</w:t>
      </w:r>
      <w:proofErr w:type="spellEnd"/>
      <w:r w:rsidRPr="00A60EC6">
        <w:rPr>
          <w:color w:val="auto"/>
          <w:sz w:val="40"/>
          <w:szCs w:val="40"/>
        </w:rPr>
        <w:t xml:space="preserve"> </w:t>
      </w:r>
      <w:proofErr w:type="spellStart"/>
      <w:r w:rsidRPr="00A60EC6">
        <w:rPr>
          <w:color w:val="auto"/>
          <w:sz w:val="40"/>
          <w:szCs w:val="40"/>
        </w:rPr>
        <w:t>biomechaniky</w:t>
      </w:r>
      <w:proofErr w:type="spellEnd"/>
      <w:r w:rsidRPr="00A60EC6">
        <w:rPr>
          <w:color w:val="auto"/>
          <w:sz w:val="40"/>
          <w:szCs w:val="40"/>
        </w:rPr>
        <w:t xml:space="preserve"> </w:t>
      </w:r>
      <w:proofErr w:type="spellStart"/>
      <w:r w:rsidRPr="00A60EC6">
        <w:rPr>
          <w:color w:val="auto"/>
          <w:sz w:val="40"/>
          <w:szCs w:val="40"/>
        </w:rPr>
        <w:t>cvičení</w:t>
      </w:r>
      <w:proofErr w:type="spellEnd"/>
    </w:p>
    <w:p w14:paraId="3B072779" w14:textId="77777777" w:rsidR="00A60EC6" w:rsidRDefault="00A60EC6" w:rsidP="00A60EC6">
      <w:pPr>
        <w:pStyle w:val="Nadpis1"/>
        <w:spacing w:before="0"/>
        <w:jc w:val="center"/>
        <w:rPr>
          <w:color w:val="auto"/>
        </w:rPr>
      </w:pPr>
      <w:r>
        <w:rPr>
          <w:color w:val="auto"/>
        </w:rPr>
        <w:t>(</w:t>
      </w:r>
      <w:proofErr w:type="spellStart"/>
      <w:r>
        <w:rPr>
          <w:color w:val="auto"/>
        </w:rPr>
        <w:t>doporučená</w:t>
      </w:r>
      <w:proofErr w:type="spellEnd"/>
      <w:r>
        <w:rPr>
          <w:color w:val="auto"/>
        </w:rPr>
        <w:t xml:space="preserve"> </w:t>
      </w:r>
      <w:proofErr w:type="spellStart"/>
      <w:r w:rsidRPr="00A60EC6">
        <w:rPr>
          <w:color w:val="auto"/>
        </w:rPr>
        <w:t>struktura</w:t>
      </w:r>
      <w:proofErr w:type="spellEnd"/>
      <w:r w:rsidRPr="00A60EC6">
        <w:rPr>
          <w:color w:val="auto"/>
        </w:rPr>
        <w:t xml:space="preserve"> </w:t>
      </w:r>
      <w:proofErr w:type="spellStart"/>
      <w:r w:rsidRPr="00A60EC6">
        <w:rPr>
          <w:color w:val="auto"/>
        </w:rPr>
        <w:t>laboratorní</w:t>
      </w:r>
      <w:proofErr w:type="spellEnd"/>
      <w:r w:rsidRPr="00A60EC6">
        <w:rPr>
          <w:color w:val="auto"/>
        </w:rPr>
        <w:t xml:space="preserve"> </w:t>
      </w:r>
      <w:proofErr w:type="spellStart"/>
      <w:r w:rsidRPr="00A60EC6">
        <w:rPr>
          <w:color w:val="auto"/>
        </w:rPr>
        <w:t>práce</w:t>
      </w:r>
      <w:proofErr w:type="spellEnd"/>
      <w:r>
        <w:rPr>
          <w:color w:val="auto"/>
        </w:rPr>
        <w:t>)</w:t>
      </w:r>
    </w:p>
    <w:p w14:paraId="1C821843" w14:textId="77777777" w:rsidR="00A03A04" w:rsidRPr="00A03A04" w:rsidRDefault="00A03A04" w:rsidP="00A03A04"/>
    <w:p w14:paraId="45E98ADF" w14:textId="77777777" w:rsidR="000D194A" w:rsidRDefault="00A60EC6" w:rsidP="000D194A">
      <w:pPr>
        <w:pStyle w:val="Nadpis1"/>
        <w:jc w:val="both"/>
        <w:rPr>
          <w:color w:val="auto"/>
        </w:rPr>
      </w:pPr>
      <w:proofErr w:type="spellStart"/>
      <w:r>
        <w:rPr>
          <w:color w:val="auto"/>
        </w:rPr>
        <w:t>Téma</w:t>
      </w:r>
      <w:proofErr w:type="spellEnd"/>
      <w:r>
        <w:rPr>
          <w:color w:val="auto"/>
        </w:rPr>
        <w:t xml:space="preserve">: </w:t>
      </w:r>
      <w:proofErr w:type="spellStart"/>
      <w:r w:rsidR="000D194A" w:rsidRPr="00A60EC6">
        <w:rPr>
          <w:color w:val="auto"/>
        </w:rPr>
        <w:t>Kinematická</w:t>
      </w:r>
      <w:proofErr w:type="spellEnd"/>
      <w:r w:rsidR="000D194A" w:rsidRPr="00A60EC6">
        <w:rPr>
          <w:color w:val="auto"/>
        </w:rPr>
        <w:t xml:space="preserve"> </w:t>
      </w:r>
      <w:proofErr w:type="spellStart"/>
      <w:r w:rsidR="000D194A" w:rsidRPr="00A60EC6">
        <w:rPr>
          <w:color w:val="auto"/>
        </w:rPr>
        <w:t>analýza</w:t>
      </w:r>
      <w:proofErr w:type="spellEnd"/>
      <w:r w:rsidR="000D194A">
        <w:rPr>
          <w:color w:val="auto"/>
        </w:rPr>
        <w:t xml:space="preserve"> </w:t>
      </w:r>
      <w:proofErr w:type="spellStart"/>
      <w:r w:rsidR="000D194A">
        <w:rPr>
          <w:color w:val="auto"/>
        </w:rPr>
        <w:t>vybrané</w:t>
      </w:r>
      <w:proofErr w:type="spellEnd"/>
      <w:r w:rsidR="000D194A">
        <w:rPr>
          <w:color w:val="auto"/>
        </w:rPr>
        <w:t xml:space="preserve"> </w:t>
      </w:r>
      <w:proofErr w:type="spellStart"/>
      <w:r w:rsidR="000D194A">
        <w:rPr>
          <w:color w:val="auto"/>
        </w:rPr>
        <w:t>pohybové</w:t>
      </w:r>
      <w:proofErr w:type="spellEnd"/>
      <w:r w:rsidR="000D194A">
        <w:rPr>
          <w:color w:val="auto"/>
        </w:rPr>
        <w:t xml:space="preserve"> activity – (</w:t>
      </w:r>
      <w:proofErr w:type="spellStart"/>
      <w:r w:rsidR="000D194A">
        <w:rPr>
          <w:color w:val="auto"/>
        </w:rPr>
        <w:t>uveďte</w:t>
      </w:r>
      <w:proofErr w:type="spellEnd"/>
      <w:r w:rsidR="000D194A">
        <w:rPr>
          <w:color w:val="auto"/>
        </w:rPr>
        <w:t xml:space="preserve"> </w:t>
      </w:r>
      <w:proofErr w:type="spellStart"/>
      <w:r w:rsidR="000D194A">
        <w:rPr>
          <w:color w:val="auto"/>
        </w:rPr>
        <w:t>vybrané</w:t>
      </w:r>
      <w:proofErr w:type="spellEnd"/>
      <w:r w:rsidR="000D194A">
        <w:rPr>
          <w:color w:val="auto"/>
        </w:rPr>
        <w:t xml:space="preserve"> </w:t>
      </w:r>
      <w:proofErr w:type="spellStart"/>
      <w:r w:rsidR="000D194A">
        <w:rPr>
          <w:color w:val="auto"/>
        </w:rPr>
        <w:t>téma</w:t>
      </w:r>
      <w:proofErr w:type="spellEnd"/>
      <w:r w:rsidR="000D194A">
        <w:rPr>
          <w:color w:val="auto"/>
        </w:rPr>
        <w:t>)</w:t>
      </w:r>
    </w:p>
    <w:p w14:paraId="2B816042" w14:textId="77777777" w:rsidR="000D194A" w:rsidRDefault="000D194A" w:rsidP="000D194A">
      <w:pPr>
        <w:pStyle w:val="Nadpis1"/>
        <w:jc w:val="both"/>
        <w:rPr>
          <w:color w:val="auto"/>
        </w:rPr>
      </w:pPr>
      <w:proofErr w:type="spellStart"/>
      <w:r w:rsidRPr="00A60EC6">
        <w:rPr>
          <w:color w:val="auto"/>
        </w:rPr>
        <w:t>Jméno</w:t>
      </w:r>
      <w:proofErr w:type="spellEnd"/>
      <w:r w:rsidRPr="00A60EC6">
        <w:rPr>
          <w:color w:val="auto"/>
        </w:rPr>
        <w:t xml:space="preserve"> </w:t>
      </w:r>
      <w:proofErr w:type="spellStart"/>
      <w:r w:rsidRPr="00A60EC6">
        <w:rPr>
          <w:color w:val="auto"/>
        </w:rPr>
        <w:t>autora</w:t>
      </w:r>
      <w:proofErr w:type="spellEnd"/>
      <w:r w:rsidRPr="00A60EC6">
        <w:rPr>
          <w:color w:val="auto"/>
        </w:rPr>
        <w:t>:</w:t>
      </w:r>
    </w:p>
    <w:p w14:paraId="1D569640" w14:textId="77777777" w:rsidR="00006754" w:rsidRDefault="000D194A" w:rsidP="000D194A">
      <w:pPr>
        <w:pStyle w:val="Nadpis1"/>
        <w:jc w:val="both"/>
        <w:rPr>
          <w:color w:val="auto"/>
        </w:rPr>
      </w:pPr>
      <w:proofErr w:type="spellStart"/>
      <w:r w:rsidRPr="00A60EC6">
        <w:rPr>
          <w:color w:val="auto"/>
        </w:rPr>
        <w:t>Jména</w:t>
      </w:r>
      <w:proofErr w:type="spellEnd"/>
      <w:r w:rsidRPr="00A60EC6">
        <w:rPr>
          <w:color w:val="auto"/>
        </w:rPr>
        <w:t xml:space="preserve"> </w:t>
      </w:r>
      <w:proofErr w:type="spellStart"/>
      <w:r w:rsidRPr="00A60EC6">
        <w:rPr>
          <w:color w:val="auto"/>
        </w:rPr>
        <w:t>členů</w:t>
      </w:r>
      <w:proofErr w:type="spellEnd"/>
      <w:r w:rsidRPr="00A60EC6">
        <w:rPr>
          <w:color w:val="auto"/>
        </w:rPr>
        <w:t xml:space="preserve"> </w:t>
      </w:r>
      <w:proofErr w:type="spellStart"/>
      <w:r w:rsidRPr="00A60EC6">
        <w:rPr>
          <w:color w:val="auto"/>
        </w:rPr>
        <w:t>skupiny</w:t>
      </w:r>
      <w:proofErr w:type="spellEnd"/>
      <w:r w:rsidRPr="00A60EC6">
        <w:rPr>
          <w:color w:val="auto"/>
        </w:rPr>
        <w:t>:</w:t>
      </w:r>
    </w:p>
    <w:p w14:paraId="1DCED9A9" w14:textId="77777777" w:rsidR="000D194A" w:rsidRPr="000D194A" w:rsidRDefault="000D194A" w:rsidP="000D194A"/>
    <w:p w14:paraId="2380FC04" w14:textId="77777777" w:rsidR="00006754" w:rsidRPr="00A60EC6" w:rsidRDefault="000D194A" w:rsidP="00A60EC6">
      <w:pPr>
        <w:pStyle w:val="Nadpis1"/>
        <w:jc w:val="both"/>
        <w:rPr>
          <w:color w:val="auto"/>
          <w:sz w:val="36"/>
          <w:szCs w:val="36"/>
        </w:rPr>
      </w:pPr>
      <w:proofErr w:type="spellStart"/>
      <w:r w:rsidRPr="00A60EC6">
        <w:rPr>
          <w:color w:val="auto"/>
          <w:sz w:val="36"/>
          <w:szCs w:val="36"/>
        </w:rPr>
        <w:t>Abstrakt</w:t>
      </w:r>
      <w:proofErr w:type="spellEnd"/>
    </w:p>
    <w:p w14:paraId="2650F434" w14:textId="77777777" w:rsidR="00006754" w:rsidRPr="00A60EC6" w:rsidRDefault="000D194A" w:rsidP="00A60EC6">
      <w:pPr>
        <w:jc w:val="both"/>
      </w:pPr>
      <w:r w:rsidRPr="00A60EC6">
        <w:t>Tato práce se zaměřuje na kinematickou analýzu jedné vybrané pohybové disciplíny z pěti nabízených možností: jízda na kole, běh na běhátku, skok daleký, nordic walking nebo individuálně zvolená disciplína. Cílem je analyzovat klíčové fáze pohybu, vytvořit kinogram a porovnat výsledky mezi jednotlivci a s ideálním modelem. Práce zahrnuje tělesná měření a biomechanickou analýzu pohybu vybrané disciplíny.</w:t>
      </w:r>
    </w:p>
    <w:p w14:paraId="0AB54510" w14:textId="77777777" w:rsidR="00006754" w:rsidRPr="00A60EC6" w:rsidRDefault="000D194A" w:rsidP="00A60EC6">
      <w:pPr>
        <w:pStyle w:val="Nadpis1"/>
        <w:jc w:val="both"/>
        <w:rPr>
          <w:color w:val="auto"/>
          <w:sz w:val="36"/>
          <w:szCs w:val="36"/>
        </w:rPr>
      </w:pPr>
      <w:proofErr w:type="spellStart"/>
      <w:r w:rsidRPr="00A60EC6">
        <w:rPr>
          <w:color w:val="auto"/>
          <w:sz w:val="36"/>
          <w:szCs w:val="36"/>
        </w:rPr>
        <w:t>Úvod</w:t>
      </w:r>
      <w:proofErr w:type="spellEnd"/>
    </w:p>
    <w:p w14:paraId="672725F1" w14:textId="77777777" w:rsidR="00006754" w:rsidRPr="00A60EC6" w:rsidRDefault="000D194A" w:rsidP="00A60EC6">
      <w:pPr>
        <w:jc w:val="both"/>
      </w:pPr>
      <w:r w:rsidRPr="00A60EC6">
        <w:t>Biomechanika hraje klíčovou roli ve sportu, umožňuje analyzovat pohyby a identifikovat faktory ovlivňující výkon a techniku. Cílem této práce je provést tělesná měření, analyzovat vybranou pohybovou disciplínu a vytvořit kinogram klíčových fází pohybu. Analýza zahrnuje srovnání s ideálním modelem pohybu a interpretaci výsledků.</w:t>
      </w:r>
    </w:p>
    <w:p w14:paraId="63E7720E" w14:textId="77777777" w:rsidR="00006754" w:rsidRPr="00A60EC6" w:rsidRDefault="000D194A" w:rsidP="00A60EC6">
      <w:pPr>
        <w:pStyle w:val="Nadpis1"/>
        <w:jc w:val="both"/>
        <w:rPr>
          <w:color w:val="auto"/>
          <w:sz w:val="36"/>
          <w:szCs w:val="36"/>
        </w:rPr>
      </w:pPr>
      <w:r w:rsidRPr="00A60EC6">
        <w:rPr>
          <w:color w:val="auto"/>
          <w:sz w:val="36"/>
          <w:szCs w:val="36"/>
        </w:rPr>
        <w:t>Metodologie</w:t>
      </w:r>
    </w:p>
    <w:p w14:paraId="410F6551" w14:textId="7AD52C25" w:rsidR="00006754" w:rsidRDefault="000D194A" w:rsidP="00A60EC6">
      <w:pPr>
        <w:pStyle w:val="Nadpis2"/>
        <w:jc w:val="both"/>
        <w:rPr>
          <w:color w:val="auto"/>
        </w:rPr>
      </w:pPr>
      <w:r w:rsidRPr="00A60EC6">
        <w:rPr>
          <w:color w:val="auto"/>
        </w:rPr>
        <w:t xml:space="preserve">1. </w:t>
      </w:r>
      <w:proofErr w:type="spellStart"/>
      <w:r w:rsidRPr="00A60EC6">
        <w:rPr>
          <w:color w:val="auto"/>
        </w:rPr>
        <w:t>Organizace</w:t>
      </w:r>
      <w:proofErr w:type="spellEnd"/>
      <w:r w:rsidRPr="00A60EC6">
        <w:rPr>
          <w:color w:val="auto"/>
        </w:rPr>
        <w:t xml:space="preserve"> a </w:t>
      </w:r>
      <w:proofErr w:type="spellStart"/>
      <w:r w:rsidRPr="00A60EC6">
        <w:rPr>
          <w:color w:val="auto"/>
        </w:rPr>
        <w:t>postup</w:t>
      </w:r>
      <w:proofErr w:type="spellEnd"/>
    </w:p>
    <w:p w14:paraId="5F0B712A" w14:textId="14D7B09E" w:rsidR="00C41E26" w:rsidRPr="00C41E26" w:rsidRDefault="00C41E26" w:rsidP="00C41E26">
      <w:proofErr w:type="spellStart"/>
      <w:r>
        <w:t>Každý</w:t>
      </w:r>
      <w:proofErr w:type="spellEnd"/>
      <w:r>
        <w:t xml:space="preserve"> student </w:t>
      </w:r>
      <w:proofErr w:type="spellStart"/>
      <w:r>
        <w:t>změří</w:t>
      </w:r>
      <w:proofErr w:type="spellEnd"/>
      <w:r>
        <w:t xml:space="preserve"> </w:t>
      </w:r>
      <w:proofErr w:type="spellStart"/>
      <w:r>
        <w:t>vlastní</w:t>
      </w:r>
      <w:proofErr w:type="spellEnd"/>
      <w:r>
        <w:t xml:space="preserve"> </w:t>
      </w:r>
      <w:proofErr w:type="spellStart"/>
      <w:r>
        <w:t>tělesné</w:t>
      </w:r>
      <w:proofErr w:type="spellEnd"/>
      <w:r>
        <w:t xml:space="preserve"> </w:t>
      </w:r>
      <w:proofErr w:type="spellStart"/>
      <w:r>
        <w:t>proporce</w:t>
      </w:r>
      <w:proofErr w:type="spellEnd"/>
      <w:r>
        <w:t xml:space="preserve"> (</w:t>
      </w:r>
      <w:proofErr w:type="spellStart"/>
      <w:r>
        <w:t>váha</w:t>
      </w:r>
      <w:proofErr w:type="spellEnd"/>
      <w:r>
        <w:t xml:space="preserve">, </w:t>
      </w:r>
      <w:proofErr w:type="spellStart"/>
      <w:r>
        <w:t>výška</w:t>
      </w:r>
      <w:proofErr w:type="spellEnd"/>
      <w:r>
        <w:t xml:space="preserve">) a </w:t>
      </w:r>
      <w:proofErr w:type="spellStart"/>
      <w:r>
        <w:t>provede</w:t>
      </w:r>
      <w:proofErr w:type="spellEnd"/>
      <w:r>
        <w:t xml:space="preserve"> </w:t>
      </w:r>
      <w:proofErr w:type="spellStart"/>
      <w:r>
        <w:t>měření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těchto</w:t>
      </w:r>
      <w:proofErr w:type="spellEnd"/>
      <w:r>
        <w:t xml:space="preserve"> </w:t>
      </w:r>
      <w:proofErr w:type="spellStart"/>
      <w:r>
        <w:t>přístrojích</w:t>
      </w:r>
      <w:proofErr w:type="spellEnd"/>
      <w:r>
        <w:t xml:space="preserve">:  </w:t>
      </w:r>
    </w:p>
    <w:p w14:paraId="00121E10" w14:textId="5217EC68" w:rsidR="00C41E26" w:rsidRPr="00C41E26" w:rsidRDefault="00C41E26" w:rsidP="00C41E26">
      <w:r w:rsidRPr="00A60EC6">
        <w:t xml:space="preserve">- Tanita: Bioimpedance pro </w:t>
      </w:r>
      <w:proofErr w:type="spellStart"/>
      <w:r w:rsidRPr="00A60EC6">
        <w:t>měření</w:t>
      </w:r>
      <w:proofErr w:type="spellEnd"/>
      <w:r w:rsidRPr="00A60EC6">
        <w:t xml:space="preserve"> </w:t>
      </w:r>
      <w:proofErr w:type="spellStart"/>
      <w:r w:rsidRPr="00A60EC6">
        <w:t>složení</w:t>
      </w:r>
      <w:proofErr w:type="spellEnd"/>
      <w:r w:rsidRPr="00A60EC6">
        <w:t xml:space="preserve"> </w:t>
      </w:r>
      <w:proofErr w:type="spellStart"/>
      <w:r w:rsidRPr="00A60EC6">
        <w:t>těla</w:t>
      </w:r>
      <w:proofErr w:type="spellEnd"/>
      <w:r w:rsidRPr="00A60EC6">
        <w:t>.</w:t>
      </w:r>
      <w:r w:rsidRPr="00A60EC6">
        <w:br/>
        <w:t xml:space="preserve">- </w:t>
      </w:r>
      <w:proofErr w:type="spellStart"/>
      <w:r w:rsidRPr="00A60EC6">
        <w:t>Plantograf</w:t>
      </w:r>
      <w:proofErr w:type="spellEnd"/>
      <w:r w:rsidRPr="00A60EC6">
        <w:t xml:space="preserve">: </w:t>
      </w:r>
      <w:proofErr w:type="spellStart"/>
      <w:r w:rsidRPr="00A60EC6">
        <w:t>Analýza</w:t>
      </w:r>
      <w:proofErr w:type="spellEnd"/>
      <w:r w:rsidRPr="00A60EC6">
        <w:t xml:space="preserve"> </w:t>
      </w:r>
      <w:proofErr w:type="spellStart"/>
      <w:r w:rsidRPr="00A60EC6">
        <w:t>rozložení</w:t>
      </w:r>
      <w:proofErr w:type="spellEnd"/>
      <w:r w:rsidRPr="00A60EC6">
        <w:t xml:space="preserve"> </w:t>
      </w:r>
      <w:proofErr w:type="spellStart"/>
      <w:r w:rsidRPr="00A60EC6">
        <w:t>tlaku</w:t>
      </w:r>
      <w:proofErr w:type="spellEnd"/>
      <w:r w:rsidRPr="00A60EC6">
        <w:t xml:space="preserve"> </w:t>
      </w:r>
      <w:proofErr w:type="spellStart"/>
      <w:r w:rsidRPr="00A60EC6">
        <w:t>na</w:t>
      </w:r>
      <w:proofErr w:type="spellEnd"/>
      <w:r w:rsidRPr="00A60EC6">
        <w:t xml:space="preserve"> </w:t>
      </w:r>
      <w:proofErr w:type="spellStart"/>
      <w:r w:rsidRPr="00A60EC6">
        <w:t>chodidle</w:t>
      </w:r>
      <w:proofErr w:type="spellEnd"/>
      <w:r w:rsidRPr="00A60EC6">
        <w:t>.</w:t>
      </w:r>
    </w:p>
    <w:p w14:paraId="06AEB34A" w14:textId="46861081" w:rsidR="00006754" w:rsidRPr="00A60EC6" w:rsidRDefault="00C41E26" w:rsidP="00A60EC6">
      <w:proofErr w:type="spellStart"/>
      <w:r>
        <w:lastRenderedPageBreak/>
        <w:t>Dále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k</w:t>
      </w:r>
      <w:r w:rsidR="000D194A" w:rsidRPr="00A60EC6">
        <w:t>aždý</w:t>
      </w:r>
      <w:proofErr w:type="spellEnd"/>
      <w:r w:rsidR="000D194A" w:rsidRPr="00A60EC6">
        <w:t xml:space="preserve"> student</w:t>
      </w:r>
      <w:r>
        <w:t xml:space="preserve"> </w:t>
      </w:r>
      <w:proofErr w:type="spellStart"/>
      <w:r>
        <w:t>vybere</w:t>
      </w:r>
      <w:proofErr w:type="spellEnd"/>
      <w:r w:rsidR="000D194A" w:rsidRPr="00A60EC6">
        <w:t xml:space="preserve"> </w:t>
      </w:r>
      <w:proofErr w:type="spellStart"/>
      <w:r w:rsidR="000D194A" w:rsidRPr="00A60EC6">
        <w:t>zpracuje</w:t>
      </w:r>
      <w:proofErr w:type="spellEnd"/>
      <w:r w:rsidR="000D194A" w:rsidRPr="00A60EC6">
        <w:t xml:space="preserve"> </w:t>
      </w:r>
      <w:proofErr w:type="spellStart"/>
      <w:r w:rsidR="000D194A" w:rsidRPr="00A60EC6">
        <w:t>jednu</w:t>
      </w:r>
      <w:proofErr w:type="spellEnd"/>
      <w:r w:rsidR="000D194A" w:rsidRPr="00A60EC6">
        <w:t xml:space="preserve"> z </w:t>
      </w:r>
      <w:proofErr w:type="spellStart"/>
      <w:r w:rsidR="000D194A" w:rsidRPr="00A60EC6">
        <w:t>disciplín</w:t>
      </w:r>
      <w:proofErr w:type="spellEnd"/>
      <w:r>
        <w:t xml:space="preserve"> (</w:t>
      </w:r>
      <w:proofErr w:type="spellStart"/>
      <w:r>
        <w:t>pracujeme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skupině</w:t>
      </w:r>
      <w:proofErr w:type="spellEnd"/>
      <w:r>
        <w:t xml:space="preserve">, </w:t>
      </w:r>
      <w:proofErr w:type="spellStart"/>
      <w:r>
        <w:t>každý</w:t>
      </w:r>
      <w:proofErr w:type="spellEnd"/>
      <w:r>
        <w:t xml:space="preserve"> </w:t>
      </w:r>
      <w:proofErr w:type="spellStart"/>
      <w:r>
        <w:t>člen</w:t>
      </w:r>
      <w:proofErr w:type="spellEnd"/>
      <w:r>
        <w:t xml:space="preserve"> </w:t>
      </w:r>
      <w:proofErr w:type="spellStart"/>
      <w:r>
        <w:t>skupiny</w:t>
      </w:r>
      <w:proofErr w:type="spellEnd"/>
      <w:r>
        <w:t xml:space="preserve"> </w:t>
      </w:r>
      <w:proofErr w:type="spellStart"/>
      <w:r>
        <w:t>bude</w:t>
      </w:r>
      <w:proofErr w:type="spellEnd"/>
      <w:r>
        <w:t xml:space="preserve"> </w:t>
      </w:r>
      <w:proofErr w:type="spellStart"/>
      <w:r>
        <w:t>mít</w:t>
      </w:r>
      <w:proofErr w:type="spellEnd"/>
      <w:r>
        <w:t xml:space="preserve"> </w:t>
      </w:r>
      <w:proofErr w:type="spellStart"/>
      <w:r>
        <w:t>jinou</w:t>
      </w:r>
      <w:proofErr w:type="spellEnd"/>
      <w:r>
        <w:t xml:space="preserve"> </w:t>
      </w:r>
      <w:proofErr w:type="spellStart"/>
      <w:r>
        <w:t>disciplínu</w:t>
      </w:r>
      <w:proofErr w:type="spellEnd"/>
      <w:r>
        <w:t>)</w:t>
      </w:r>
      <w:r w:rsidR="000D194A" w:rsidRPr="00A60EC6">
        <w:t>:</w:t>
      </w:r>
      <w:r w:rsidR="000D194A" w:rsidRPr="00A60EC6">
        <w:br/>
        <w:t xml:space="preserve">- </w:t>
      </w:r>
      <w:proofErr w:type="spellStart"/>
      <w:r w:rsidR="000D194A" w:rsidRPr="00A60EC6">
        <w:t>Jízda</w:t>
      </w:r>
      <w:proofErr w:type="spellEnd"/>
      <w:r w:rsidR="000D194A" w:rsidRPr="00A60EC6">
        <w:t xml:space="preserve"> </w:t>
      </w:r>
      <w:proofErr w:type="spellStart"/>
      <w:r w:rsidR="000D194A" w:rsidRPr="00A60EC6">
        <w:t>na</w:t>
      </w:r>
      <w:proofErr w:type="spellEnd"/>
      <w:r w:rsidR="000D194A" w:rsidRPr="00A60EC6">
        <w:t xml:space="preserve"> kole.</w:t>
      </w:r>
      <w:r w:rsidR="000D194A" w:rsidRPr="00A60EC6">
        <w:br/>
        <w:t xml:space="preserve">- </w:t>
      </w:r>
      <w:proofErr w:type="spellStart"/>
      <w:r>
        <w:t>Chůze</w:t>
      </w:r>
      <w:proofErr w:type="spellEnd"/>
      <w:r>
        <w:t xml:space="preserve"> </w:t>
      </w:r>
      <w:proofErr w:type="spellStart"/>
      <w:r>
        <w:t>nebo</w:t>
      </w:r>
      <w:proofErr w:type="spellEnd"/>
      <w:r>
        <w:t xml:space="preserve"> </w:t>
      </w:r>
      <w:proofErr w:type="spellStart"/>
      <w:r>
        <w:t>běh</w:t>
      </w:r>
      <w:proofErr w:type="spellEnd"/>
      <w:r w:rsidR="000D194A" w:rsidRPr="00A60EC6">
        <w:t xml:space="preserve"> </w:t>
      </w:r>
      <w:proofErr w:type="spellStart"/>
      <w:r w:rsidR="000D194A" w:rsidRPr="00A60EC6">
        <w:t>na</w:t>
      </w:r>
      <w:proofErr w:type="spellEnd"/>
      <w:r w:rsidR="000D194A" w:rsidRPr="00A60EC6">
        <w:t xml:space="preserve"> </w:t>
      </w:r>
      <w:proofErr w:type="spellStart"/>
      <w:r w:rsidR="000D194A" w:rsidRPr="00A60EC6">
        <w:t>běhátku</w:t>
      </w:r>
      <w:proofErr w:type="spellEnd"/>
      <w:r w:rsidR="000D194A" w:rsidRPr="00A60EC6">
        <w:t>.</w:t>
      </w:r>
      <w:r w:rsidR="000D194A" w:rsidRPr="00A60EC6">
        <w:br/>
        <w:t xml:space="preserve">- </w:t>
      </w:r>
      <w:proofErr w:type="spellStart"/>
      <w:r w:rsidR="000D194A" w:rsidRPr="00A60EC6">
        <w:t>Skok</w:t>
      </w:r>
      <w:proofErr w:type="spellEnd"/>
      <w:r w:rsidR="000D194A" w:rsidRPr="00A60EC6">
        <w:t xml:space="preserve"> </w:t>
      </w:r>
      <w:proofErr w:type="spellStart"/>
      <w:r w:rsidR="000D194A" w:rsidRPr="00A60EC6">
        <w:t>daleký</w:t>
      </w:r>
      <w:proofErr w:type="spellEnd"/>
      <w:r>
        <w:t xml:space="preserve"> (Kistler)</w:t>
      </w:r>
      <w:r w:rsidR="000D194A" w:rsidRPr="00A60EC6">
        <w:t>.</w:t>
      </w:r>
      <w:r w:rsidR="000D194A" w:rsidRPr="00A60EC6">
        <w:br/>
        <w:t xml:space="preserve">- </w:t>
      </w:r>
      <w:r>
        <w:t xml:space="preserve">Start a </w:t>
      </w:r>
      <w:proofErr w:type="spellStart"/>
      <w:r>
        <w:t>běh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30 m</w:t>
      </w:r>
      <w:r w:rsidR="000D194A" w:rsidRPr="00A60EC6">
        <w:t>.</w:t>
      </w:r>
      <w:r w:rsidR="000D194A" w:rsidRPr="00A60EC6">
        <w:br/>
        <w:t>- Vybraná individuální disciplína (např. fotbalový kop, florbalová střela, hod).</w:t>
      </w:r>
      <w:r w:rsidR="000D194A" w:rsidRPr="00A60EC6">
        <w:br/>
      </w:r>
      <w:r w:rsidR="000D194A" w:rsidRPr="00A60EC6">
        <w:br/>
        <w:t xml:space="preserve">Každý student </w:t>
      </w:r>
      <w:proofErr w:type="spellStart"/>
      <w:r w:rsidR="000D194A" w:rsidRPr="00A60EC6">
        <w:t>analyzuje</w:t>
      </w:r>
      <w:proofErr w:type="spellEnd"/>
      <w:r w:rsidR="000D194A" w:rsidRPr="00A60EC6">
        <w:t xml:space="preserve"> 3 </w:t>
      </w:r>
      <w:proofErr w:type="spellStart"/>
      <w:r w:rsidR="000D194A" w:rsidRPr="00A60EC6">
        <w:t>osoby</w:t>
      </w:r>
      <w:proofErr w:type="spellEnd"/>
      <w:r w:rsidR="000D194A" w:rsidRPr="00A60EC6">
        <w:t xml:space="preserve"> (</w:t>
      </w:r>
      <w:r>
        <w:t xml:space="preserve">1, </w:t>
      </w:r>
      <w:proofErr w:type="spellStart"/>
      <w:r>
        <w:t>osoba</w:t>
      </w:r>
      <w:proofErr w:type="spellEnd"/>
      <w:r>
        <w:t xml:space="preserve"> s </w:t>
      </w:r>
      <w:proofErr w:type="spellStart"/>
      <w:r>
        <w:t>ideální</w:t>
      </w:r>
      <w:proofErr w:type="spellEnd"/>
      <w:r>
        <w:t xml:space="preserve"> </w:t>
      </w:r>
      <w:proofErr w:type="spellStart"/>
      <w:r>
        <w:t>provedení</w:t>
      </w:r>
      <w:proofErr w:type="spellEnd"/>
      <w:r>
        <w:t xml:space="preserve"> – </w:t>
      </w:r>
      <w:proofErr w:type="spellStart"/>
      <w:r>
        <w:t>musí</w:t>
      </w:r>
      <w:proofErr w:type="spellEnd"/>
      <w:r>
        <w:t xml:space="preserve"> </w:t>
      </w:r>
      <w:proofErr w:type="spellStart"/>
      <w:r>
        <w:t>najít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internetu</w:t>
      </w:r>
      <w:proofErr w:type="spellEnd"/>
      <w:r>
        <w:t xml:space="preserve">, 2, </w:t>
      </w:r>
      <w:proofErr w:type="spellStart"/>
      <w:r>
        <w:t>spolužák</w:t>
      </w:r>
      <w:proofErr w:type="spellEnd"/>
      <w:r>
        <w:t>, 3,</w:t>
      </w:r>
      <w:r w:rsidR="000D194A" w:rsidRPr="00A60EC6">
        <w:t xml:space="preserve"> </w:t>
      </w:r>
      <w:proofErr w:type="spellStart"/>
      <w:r w:rsidR="000D194A" w:rsidRPr="00A60EC6">
        <w:t>sebe</w:t>
      </w:r>
      <w:proofErr w:type="spellEnd"/>
      <w:r w:rsidR="000D194A" w:rsidRPr="00A60EC6">
        <w:t xml:space="preserve">) a </w:t>
      </w:r>
      <w:proofErr w:type="spellStart"/>
      <w:r w:rsidR="000D194A" w:rsidRPr="00A60EC6">
        <w:t>vytvoří</w:t>
      </w:r>
      <w:proofErr w:type="spellEnd"/>
      <w:r w:rsidR="000D194A" w:rsidRPr="00A60EC6">
        <w:t xml:space="preserve"> </w:t>
      </w:r>
      <w:proofErr w:type="spellStart"/>
      <w:r w:rsidR="000D194A" w:rsidRPr="00A60EC6">
        <w:t>kinogram</w:t>
      </w:r>
      <w:proofErr w:type="spellEnd"/>
      <w:r w:rsidR="000D194A" w:rsidRPr="00A60EC6">
        <w:t xml:space="preserve"> </w:t>
      </w:r>
      <w:proofErr w:type="spellStart"/>
      <w:r w:rsidR="000D194A" w:rsidRPr="00A60EC6">
        <w:t>klíčových</w:t>
      </w:r>
      <w:proofErr w:type="spellEnd"/>
      <w:r w:rsidR="000D194A" w:rsidRPr="00A60EC6">
        <w:t xml:space="preserve"> </w:t>
      </w:r>
      <w:proofErr w:type="spellStart"/>
      <w:r w:rsidR="000D194A" w:rsidRPr="00A60EC6">
        <w:t>fází</w:t>
      </w:r>
      <w:proofErr w:type="spellEnd"/>
      <w:r w:rsidR="000D194A" w:rsidRPr="00A60EC6">
        <w:t xml:space="preserve"> </w:t>
      </w:r>
      <w:proofErr w:type="spellStart"/>
      <w:r w:rsidR="000D194A" w:rsidRPr="00A60EC6">
        <w:t>pohybu</w:t>
      </w:r>
      <w:proofErr w:type="spellEnd"/>
      <w:r>
        <w:t xml:space="preserve"> s </w:t>
      </w:r>
      <w:proofErr w:type="spellStart"/>
      <w:r>
        <w:t>tím</w:t>
      </w:r>
      <w:proofErr w:type="spellEnd"/>
      <w:r>
        <w:t xml:space="preserve">, </w:t>
      </w:r>
      <w:proofErr w:type="spellStart"/>
      <w:r>
        <w:t>že</w:t>
      </w:r>
      <w:proofErr w:type="spellEnd"/>
      <w:r>
        <w:t xml:space="preserve"> je </w:t>
      </w:r>
      <w:proofErr w:type="spellStart"/>
      <w:r>
        <w:t>porovná</w:t>
      </w:r>
      <w:proofErr w:type="spellEnd"/>
      <w:r>
        <w:t xml:space="preserve">. </w:t>
      </w:r>
      <w:proofErr w:type="spellStart"/>
      <w:r w:rsidR="000D194A" w:rsidRPr="00A60EC6">
        <w:t>Použité</w:t>
      </w:r>
      <w:proofErr w:type="spellEnd"/>
      <w:r w:rsidR="000D194A" w:rsidRPr="00A60EC6">
        <w:t xml:space="preserve"> </w:t>
      </w:r>
      <w:proofErr w:type="spellStart"/>
      <w:r w:rsidR="000D194A" w:rsidRPr="00A60EC6">
        <w:t>nástroje</w:t>
      </w:r>
      <w:proofErr w:type="spellEnd"/>
      <w:r w:rsidR="000D194A" w:rsidRPr="00A60EC6">
        <w:t>:</w:t>
      </w:r>
      <w:r w:rsidR="000D194A" w:rsidRPr="00A60EC6">
        <w:br/>
      </w:r>
      <w:r w:rsidR="000D194A" w:rsidRPr="00A60EC6">
        <w:br/>
        <w:t>- Videonahrávky: Analýza klíčových fází pohybu.</w:t>
      </w:r>
      <w:r w:rsidR="000D194A" w:rsidRPr="00A60EC6">
        <w:br/>
        <w:t>- Další specifické pomůcky dle disciplíny.</w:t>
      </w:r>
      <w:r w:rsidR="000D194A" w:rsidRPr="00A60EC6">
        <w:br/>
      </w:r>
    </w:p>
    <w:p w14:paraId="7720CFB5" w14:textId="77777777" w:rsidR="00006754" w:rsidRPr="00A60EC6" w:rsidRDefault="000D194A" w:rsidP="00A60EC6">
      <w:pPr>
        <w:pStyle w:val="Nadpis2"/>
        <w:jc w:val="both"/>
        <w:rPr>
          <w:color w:val="auto"/>
        </w:rPr>
      </w:pPr>
      <w:r w:rsidRPr="00A60EC6">
        <w:rPr>
          <w:color w:val="auto"/>
        </w:rPr>
        <w:t xml:space="preserve">2. </w:t>
      </w:r>
      <w:proofErr w:type="spellStart"/>
      <w:r w:rsidRPr="00A60EC6">
        <w:rPr>
          <w:color w:val="auto"/>
        </w:rPr>
        <w:t>Tělesná</w:t>
      </w:r>
      <w:proofErr w:type="spellEnd"/>
      <w:r w:rsidRPr="00A60EC6">
        <w:rPr>
          <w:color w:val="auto"/>
        </w:rPr>
        <w:t xml:space="preserve"> </w:t>
      </w:r>
      <w:proofErr w:type="spellStart"/>
      <w:r w:rsidRPr="00A60EC6">
        <w:rPr>
          <w:color w:val="auto"/>
        </w:rPr>
        <w:t>měření</w:t>
      </w:r>
      <w:proofErr w:type="spellEnd"/>
      <w:r w:rsidR="00A60EC6">
        <w:rPr>
          <w:color w:val="auto"/>
        </w:rPr>
        <w:t xml:space="preserve"> (</w:t>
      </w:r>
      <w:proofErr w:type="spellStart"/>
      <w:r w:rsidR="00A60EC6">
        <w:rPr>
          <w:color w:val="auto"/>
        </w:rPr>
        <w:t>provede</w:t>
      </w:r>
      <w:proofErr w:type="spellEnd"/>
      <w:r w:rsidR="00A60EC6">
        <w:rPr>
          <w:color w:val="auto"/>
        </w:rPr>
        <w:t xml:space="preserve"> a </w:t>
      </w:r>
      <w:proofErr w:type="spellStart"/>
      <w:r w:rsidR="00A60EC6">
        <w:rPr>
          <w:color w:val="auto"/>
        </w:rPr>
        <w:t>analyzuje</w:t>
      </w:r>
      <w:proofErr w:type="spellEnd"/>
      <w:r w:rsidR="00A60EC6">
        <w:rPr>
          <w:color w:val="auto"/>
        </w:rPr>
        <w:t xml:space="preserve"> </w:t>
      </w:r>
      <w:proofErr w:type="spellStart"/>
      <w:r w:rsidR="00A60EC6">
        <w:rPr>
          <w:color w:val="auto"/>
        </w:rPr>
        <w:t>každý</w:t>
      </w:r>
      <w:proofErr w:type="spellEnd"/>
      <w:r w:rsidR="00A60EC6">
        <w:rPr>
          <w:color w:val="auto"/>
        </w:rPr>
        <w:t xml:space="preserve"> do </w:t>
      </w:r>
      <w:proofErr w:type="spellStart"/>
      <w:r w:rsidR="00A60EC6">
        <w:rPr>
          <w:color w:val="auto"/>
        </w:rPr>
        <w:t>své</w:t>
      </w:r>
      <w:proofErr w:type="spellEnd"/>
      <w:r w:rsidR="00A60EC6">
        <w:rPr>
          <w:color w:val="auto"/>
        </w:rPr>
        <w:t xml:space="preserve"> </w:t>
      </w:r>
      <w:proofErr w:type="spellStart"/>
      <w:r w:rsidR="00A60EC6">
        <w:rPr>
          <w:color w:val="auto"/>
        </w:rPr>
        <w:t>laboratorní</w:t>
      </w:r>
      <w:proofErr w:type="spellEnd"/>
      <w:r w:rsidR="00A60EC6">
        <w:rPr>
          <w:color w:val="auto"/>
        </w:rPr>
        <w:t xml:space="preserve"> </w:t>
      </w:r>
      <w:proofErr w:type="spellStart"/>
      <w:r w:rsidR="00A60EC6">
        <w:rPr>
          <w:color w:val="auto"/>
        </w:rPr>
        <w:t>práce</w:t>
      </w:r>
      <w:proofErr w:type="spellEnd"/>
      <w:r w:rsidR="00A60EC6">
        <w:rPr>
          <w:color w:val="auto"/>
        </w:rPr>
        <w:t>)</w:t>
      </w:r>
    </w:p>
    <w:p w14:paraId="40CD4AF0" w14:textId="77777777" w:rsidR="00006754" w:rsidRPr="00A60EC6" w:rsidRDefault="000D194A" w:rsidP="00A60EC6">
      <w:r w:rsidRPr="00A60EC6">
        <w:t>- Bioimpedance (Tanita): Měření složení těla.</w:t>
      </w:r>
      <w:r w:rsidRPr="00A60EC6">
        <w:br/>
        <w:t>- Plantografie: Analýza rozložení tlaku na chodidle.</w:t>
      </w:r>
    </w:p>
    <w:p w14:paraId="1EC0C084" w14:textId="77777777" w:rsidR="00006754" w:rsidRPr="00A60EC6" w:rsidRDefault="000D194A" w:rsidP="00A60EC6">
      <w:pPr>
        <w:pStyle w:val="Nadpis2"/>
        <w:rPr>
          <w:color w:val="auto"/>
        </w:rPr>
      </w:pPr>
      <w:r w:rsidRPr="00A60EC6">
        <w:rPr>
          <w:color w:val="auto"/>
        </w:rPr>
        <w:t>3. Kinematická analýza pohybů (vybraná disciplína)</w:t>
      </w:r>
    </w:p>
    <w:p w14:paraId="3326A535" w14:textId="77777777" w:rsidR="00C41E26" w:rsidRDefault="00A60EC6" w:rsidP="00C41E26">
      <w:pPr>
        <w:spacing w:after="0"/>
      </w:pPr>
      <w:proofErr w:type="spellStart"/>
      <w:r>
        <w:rPr>
          <w:b/>
          <w:i/>
        </w:rPr>
        <w:t>Analýza</w:t>
      </w:r>
      <w:proofErr w:type="spellEnd"/>
      <w:r>
        <w:rPr>
          <w:b/>
          <w:i/>
        </w:rPr>
        <w:t xml:space="preserve"> </w:t>
      </w:r>
      <w:proofErr w:type="spellStart"/>
      <w:r w:rsidR="00C41E26">
        <w:rPr>
          <w:b/>
          <w:i/>
        </w:rPr>
        <w:t>j</w:t>
      </w:r>
      <w:r>
        <w:rPr>
          <w:b/>
          <w:i/>
        </w:rPr>
        <w:t>ízdy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na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kole</w:t>
      </w:r>
      <w:proofErr w:type="spellEnd"/>
      <w:r w:rsidR="000D194A" w:rsidRPr="00A60EC6">
        <w:br/>
        <w:t xml:space="preserve">- </w:t>
      </w:r>
      <w:proofErr w:type="spellStart"/>
      <w:r w:rsidR="000D194A" w:rsidRPr="00A60EC6">
        <w:t>Natočení</w:t>
      </w:r>
      <w:proofErr w:type="spellEnd"/>
      <w:r w:rsidR="000D194A" w:rsidRPr="00A60EC6">
        <w:t xml:space="preserve"> </w:t>
      </w:r>
      <w:proofErr w:type="spellStart"/>
      <w:r w:rsidR="000D194A" w:rsidRPr="00A60EC6">
        <w:t>videa</w:t>
      </w:r>
      <w:proofErr w:type="spellEnd"/>
      <w:r w:rsidR="000D194A" w:rsidRPr="00A60EC6">
        <w:t xml:space="preserve"> z </w:t>
      </w:r>
      <w:proofErr w:type="spellStart"/>
      <w:r w:rsidR="000D194A" w:rsidRPr="00A60EC6">
        <w:t>bočního</w:t>
      </w:r>
      <w:proofErr w:type="spellEnd"/>
      <w:r w:rsidR="00C41E26">
        <w:t xml:space="preserve"> a </w:t>
      </w:r>
      <w:proofErr w:type="spellStart"/>
      <w:r w:rsidR="00C41E26">
        <w:t>zadního</w:t>
      </w:r>
      <w:proofErr w:type="spellEnd"/>
      <w:r w:rsidR="000D194A" w:rsidRPr="00A60EC6">
        <w:t xml:space="preserve"> </w:t>
      </w:r>
      <w:proofErr w:type="spellStart"/>
      <w:r w:rsidR="000D194A" w:rsidRPr="00A60EC6">
        <w:t>pohledu</w:t>
      </w:r>
      <w:proofErr w:type="spellEnd"/>
      <w:r w:rsidR="000D194A" w:rsidRPr="00A60EC6">
        <w:t>.</w:t>
      </w:r>
      <w:r w:rsidR="000D194A" w:rsidRPr="00A60EC6">
        <w:br/>
        <w:t>- Analýza postavení těla, úhlů kloubů a plynulosti šlapání.</w:t>
      </w:r>
      <w:r w:rsidR="000D194A" w:rsidRPr="00A60EC6">
        <w:br/>
      </w:r>
      <w:r w:rsidR="000D194A" w:rsidRPr="00A60EC6">
        <w:br/>
      </w:r>
      <w:proofErr w:type="spellStart"/>
      <w:r w:rsidRPr="00A60EC6">
        <w:rPr>
          <w:b/>
          <w:i/>
        </w:rPr>
        <w:t>Analýza</w:t>
      </w:r>
      <w:proofErr w:type="spellEnd"/>
      <w:r w:rsidRPr="00A60EC6">
        <w:rPr>
          <w:b/>
          <w:i/>
        </w:rPr>
        <w:t xml:space="preserve"> </w:t>
      </w:r>
      <w:proofErr w:type="spellStart"/>
      <w:r w:rsidRPr="00A60EC6">
        <w:rPr>
          <w:b/>
          <w:i/>
        </w:rPr>
        <w:t>běhu</w:t>
      </w:r>
      <w:proofErr w:type="spellEnd"/>
      <w:r w:rsidRPr="00A60EC6">
        <w:rPr>
          <w:b/>
          <w:i/>
        </w:rPr>
        <w:t xml:space="preserve"> </w:t>
      </w:r>
      <w:proofErr w:type="spellStart"/>
      <w:r w:rsidRPr="00A60EC6">
        <w:rPr>
          <w:b/>
          <w:i/>
        </w:rPr>
        <w:t>nebo</w:t>
      </w:r>
      <w:proofErr w:type="spellEnd"/>
      <w:r w:rsidRPr="00A60EC6">
        <w:rPr>
          <w:b/>
          <w:i/>
        </w:rPr>
        <w:t xml:space="preserve"> </w:t>
      </w:r>
      <w:proofErr w:type="spellStart"/>
      <w:r w:rsidRPr="00A60EC6">
        <w:rPr>
          <w:b/>
          <w:i/>
        </w:rPr>
        <w:t>chůze</w:t>
      </w:r>
      <w:proofErr w:type="spellEnd"/>
      <w:r w:rsidR="000D194A" w:rsidRPr="00A60EC6">
        <w:br/>
        <w:t xml:space="preserve">- </w:t>
      </w:r>
      <w:proofErr w:type="spellStart"/>
      <w:r w:rsidR="000D194A" w:rsidRPr="00A60EC6">
        <w:t>Natočení</w:t>
      </w:r>
      <w:proofErr w:type="spellEnd"/>
      <w:r w:rsidR="000D194A" w:rsidRPr="00A60EC6">
        <w:t xml:space="preserve"> </w:t>
      </w:r>
      <w:proofErr w:type="spellStart"/>
      <w:r w:rsidR="000D194A" w:rsidRPr="00A60EC6">
        <w:t>videa</w:t>
      </w:r>
      <w:proofErr w:type="spellEnd"/>
      <w:r w:rsidR="000D194A" w:rsidRPr="00A60EC6">
        <w:t xml:space="preserve"> z </w:t>
      </w:r>
      <w:proofErr w:type="spellStart"/>
      <w:r w:rsidR="000D194A" w:rsidRPr="00A60EC6">
        <w:t>bočního</w:t>
      </w:r>
      <w:proofErr w:type="spellEnd"/>
      <w:r w:rsidR="000D194A" w:rsidRPr="00A60EC6">
        <w:t xml:space="preserve"> a zadního pohledu.</w:t>
      </w:r>
      <w:r w:rsidR="000D194A" w:rsidRPr="00A60EC6">
        <w:br/>
        <w:t>- Analýza délky kroku, trajektorie nohou a postavení těla.</w:t>
      </w:r>
      <w:r w:rsidR="000D194A" w:rsidRPr="00A60EC6">
        <w:br/>
      </w:r>
      <w:r w:rsidR="000D194A" w:rsidRPr="00A60EC6">
        <w:br/>
      </w:r>
      <w:proofErr w:type="spellStart"/>
      <w:r w:rsidRPr="00A60EC6">
        <w:rPr>
          <w:b/>
          <w:i/>
        </w:rPr>
        <w:t>Analýza</w:t>
      </w:r>
      <w:proofErr w:type="spellEnd"/>
      <w:r w:rsidRPr="00A60EC6">
        <w:rPr>
          <w:b/>
          <w:i/>
        </w:rPr>
        <w:t xml:space="preserve"> </w:t>
      </w:r>
      <w:proofErr w:type="spellStart"/>
      <w:r w:rsidRPr="00A60EC6">
        <w:rPr>
          <w:b/>
          <w:i/>
        </w:rPr>
        <w:t>skoku</w:t>
      </w:r>
      <w:proofErr w:type="spellEnd"/>
      <w:r w:rsidRPr="00A60EC6">
        <w:rPr>
          <w:b/>
          <w:i/>
        </w:rPr>
        <w:t xml:space="preserve"> </w:t>
      </w:r>
      <w:proofErr w:type="spellStart"/>
      <w:r w:rsidRPr="00A60EC6">
        <w:rPr>
          <w:b/>
          <w:i/>
        </w:rPr>
        <w:t>dalekého</w:t>
      </w:r>
      <w:proofErr w:type="spellEnd"/>
      <w:r w:rsidR="000D194A" w:rsidRPr="00A60EC6">
        <w:br/>
        <w:t xml:space="preserve">- </w:t>
      </w:r>
      <w:proofErr w:type="spellStart"/>
      <w:r w:rsidR="000D194A" w:rsidRPr="00A60EC6">
        <w:t>Měření</w:t>
      </w:r>
      <w:proofErr w:type="spellEnd"/>
      <w:r w:rsidR="000D194A" w:rsidRPr="00A60EC6">
        <w:t xml:space="preserve"> </w:t>
      </w:r>
      <w:proofErr w:type="spellStart"/>
      <w:r w:rsidR="000D194A" w:rsidRPr="00A60EC6">
        <w:t>výkonu</w:t>
      </w:r>
      <w:proofErr w:type="spellEnd"/>
      <w:r w:rsidR="000D194A" w:rsidRPr="00A60EC6">
        <w:t xml:space="preserve"> </w:t>
      </w:r>
      <w:proofErr w:type="spellStart"/>
      <w:r w:rsidR="000D194A" w:rsidRPr="00A60EC6">
        <w:t>na</w:t>
      </w:r>
      <w:proofErr w:type="spellEnd"/>
      <w:r w:rsidR="000D194A" w:rsidRPr="00A60EC6">
        <w:t xml:space="preserve"> </w:t>
      </w:r>
      <w:proofErr w:type="spellStart"/>
      <w:r w:rsidR="000D194A" w:rsidRPr="00A60EC6">
        <w:t>Kistlerových</w:t>
      </w:r>
      <w:proofErr w:type="spellEnd"/>
      <w:r w:rsidR="000D194A" w:rsidRPr="00A60EC6">
        <w:t xml:space="preserve"> </w:t>
      </w:r>
      <w:proofErr w:type="spellStart"/>
      <w:r w:rsidR="000D194A" w:rsidRPr="00A60EC6">
        <w:t>deskách</w:t>
      </w:r>
      <w:proofErr w:type="spellEnd"/>
      <w:r w:rsidR="000D194A" w:rsidRPr="00A60EC6">
        <w:t>.</w:t>
      </w:r>
    </w:p>
    <w:p w14:paraId="3BA0CAB1" w14:textId="77777777" w:rsidR="00C41E26" w:rsidRDefault="00C41E26" w:rsidP="00C41E26">
      <w:pPr>
        <w:spacing w:after="0"/>
      </w:pPr>
      <w:r w:rsidRPr="00A60EC6">
        <w:t xml:space="preserve">- </w:t>
      </w:r>
      <w:proofErr w:type="spellStart"/>
      <w:r w:rsidRPr="00A60EC6">
        <w:t>Natočení</w:t>
      </w:r>
      <w:proofErr w:type="spellEnd"/>
      <w:r w:rsidRPr="00A60EC6">
        <w:t xml:space="preserve"> </w:t>
      </w:r>
      <w:proofErr w:type="spellStart"/>
      <w:r w:rsidRPr="00A60EC6">
        <w:t>videa</w:t>
      </w:r>
      <w:proofErr w:type="spellEnd"/>
      <w:r w:rsidRPr="00A60EC6">
        <w:t xml:space="preserve"> z </w:t>
      </w:r>
      <w:proofErr w:type="spellStart"/>
      <w:r w:rsidRPr="00A60EC6">
        <w:t>bočního</w:t>
      </w:r>
      <w:proofErr w:type="spellEnd"/>
      <w:r>
        <w:t xml:space="preserve"> a </w:t>
      </w:r>
      <w:proofErr w:type="spellStart"/>
      <w:r>
        <w:t>zadního</w:t>
      </w:r>
      <w:proofErr w:type="spellEnd"/>
      <w:r w:rsidRPr="00A60EC6">
        <w:t xml:space="preserve"> </w:t>
      </w:r>
      <w:proofErr w:type="spellStart"/>
      <w:r w:rsidRPr="00A60EC6">
        <w:t>pohledu</w:t>
      </w:r>
      <w:proofErr w:type="spellEnd"/>
      <w:r w:rsidRPr="00A60EC6">
        <w:t>.</w:t>
      </w:r>
      <w:r w:rsidR="000D194A" w:rsidRPr="00A60EC6">
        <w:br/>
        <w:t>- Analýza trajektorie odrazu, letu a dopadu.</w:t>
      </w:r>
      <w:r w:rsidR="000D194A" w:rsidRPr="00A60EC6">
        <w:br/>
      </w:r>
      <w:r w:rsidR="000D194A" w:rsidRPr="00A60EC6">
        <w:br/>
      </w:r>
      <w:proofErr w:type="spellStart"/>
      <w:r w:rsidR="00A60EC6" w:rsidRPr="00A60EC6">
        <w:rPr>
          <w:b/>
          <w:i/>
        </w:rPr>
        <w:t>Analýza</w:t>
      </w:r>
      <w:proofErr w:type="spellEnd"/>
      <w:r w:rsidR="00A60EC6" w:rsidRPr="00A60EC6">
        <w:rPr>
          <w:b/>
          <w:i/>
        </w:rPr>
        <w:t xml:space="preserve"> </w:t>
      </w:r>
      <w:proofErr w:type="spellStart"/>
      <w:r w:rsidR="00A60EC6" w:rsidRPr="00A60EC6">
        <w:rPr>
          <w:b/>
          <w:i/>
        </w:rPr>
        <w:t>chůze</w:t>
      </w:r>
      <w:proofErr w:type="spellEnd"/>
      <w:r w:rsidR="00A60EC6" w:rsidRPr="00A60EC6">
        <w:rPr>
          <w:b/>
          <w:i/>
        </w:rPr>
        <w:t xml:space="preserve"> s </w:t>
      </w:r>
      <w:proofErr w:type="spellStart"/>
      <w:r w:rsidR="00A60EC6" w:rsidRPr="00A60EC6">
        <w:rPr>
          <w:b/>
          <w:i/>
        </w:rPr>
        <w:t>holemi</w:t>
      </w:r>
      <w:proofErr w:type="spellEnd"/>
      <w:r w:rsidR="00A60EC6" w:rsidRPr="00A60EC6">
        <w:rPr>
          <w:b/>
          <w:i/>
        </w:rPr>
        <w:t xml:space="preserve"> (</w:t>
      </w:r>
      <w:r w:rsidR="000D194A" w:rsidRPr="00A60EC6">
        <w:rPr>
          <w:b/>
          <w:i/>
        </w:rPr>
        <w:t>Nordic walking</w:t>
      </w:r>
      <w:r w:rsidR="00A60EC6" w:rsidRPr="00A60EC6">
        <w:rPr>
          <w:b/>
          <w:i/>
        </w:rPr>
        <w:t>)</w:t>
      </w:r>
      <w:r w:rsidR="000D194A" w:rsidRPr="00A60EC6">
        <w:br/>
        <w:t xml:space="preserve">- </w:t>
      </w:r>
      <w:proofErr w:type="spellStart"/>
      <w:r w:rsidR="000D194A" w:rsidRPr="00A60EC6">
        <w:t>Natočení</w:t>
      </w:r>
      <w:proofErr w:type="spellEnd"/>
      <w:r w:rsidR="000D194A" w:rsidRPr="00A60EC6">
        <w:t xml:space="preserve"> </w:t>
      </w:r>
      <w:proofErr w:type="spellStart"/>
      <w:r w:rsidR="000D194A" w:rsidRPr="00A60EC6">
        <w:t>videa</w:t>
      </w:r>
      <w:proofErr w:type="spellEnd"/>
      <w:r w:rsidR="000D194A" w:rsidRPr="00A60EC6">
        <w:t xml:space="preserve"> z </w:t>
      </w:r>
      <w:proofErr w:type="spellStart"/>
      <w:r w:rsidR="000D194A" w:rsidRPr="00A60EC6">
        <w:t>bočního</w:t>
      </w:r>
      <w:proofErr w:type="spellEnd"/>
      <w:r w:rsidR="000D194A" w:rsidRPr="00A60EC6">
        <w:t xml:space="preserve"> a čelního pohledu.</w:t>
      </w:r>
      <w:r w:rsidR="000D194A" w:rsidRPr="00A60EC6">
        <w:br/>
        <w:t>- Analýza držení těla, synchronizace pohybů a práce s holemi.</w:t>
      </w:r>
      <w:r w:rsidR="000D194A" w:rsidRPr="00A60EC6">
        <w:br/>
      </w:r>
      <w:r w:rsidR="000D194A" w:rsidRPr="00A60EC6">
        <w:br/>
      </w:r>
      <w:proofErr w:type="spellStart"/>
      <w:r w:rsidR="00A60EC6" w:rsidRPr="00A60EC6">
        <w:rPr>
          <w:b/>
          <w:i/>
        </w:rPr>
        <w:t>Analýza</w:t>
      </w:r>
      <w:proofErr w:type="spellEnd"/>
      <w:r w:rsidR="00A60EC6" w:rsidRPr="00A60EC6">
        <w:rPr>
          <w:b/>
          <w:i/>
        </w:rPr>
        <w:t xml:space="preserve"> </w:t>
      </w:r>
      <w:proofErr w:type="spellStart"/>
      <w:r w:rsidR="00A60EC6" w:rsidRPr="00A60EC6">
        <w:rPr>
          <w:b/>
          <w:i/>
        </w:rPr>
        <w:t>vybrané</w:t>
      </w:r>
      <w:proofErr w:type="spellEnd"/>
      <w:r w:rsidR="00A60EC6" w:rsidRPr="00A60EC6">
        <w:rPr>
          <w:b/>
          <w:i/>
        </w:rPr>
        <w:t xml:space="preserve"> </w:t>
      </w:r>
      <w:proofErr w:type="spellStart"/>
      <w:r w:rsidR="00A60EC6" w:rsidRPr="00A60EC6">
        <w:rPr>
          <w:b/>
          <w:i/>
        </w:rPr>
        <w:t>individuální</w:t>
      </w:r>
      <w:proofErr w:type="spellEnd"/>
      <w:r w:rsidR="00A60EC6" w:rsidRPr="00A60EC6">
        <w:rPr>
          <w:b/>
          <w:i/>
        </w:rPr>
        <w:t xml:space="preserve"> </w:t>
      </w:r>
      <w:proofErr w:type="spellStart"/>
      <w:r w:rsidR="00A60EC6" w:rsidRPr="00A60EC6">
        <w:rPr>
          <w:b/>
          <w:i/>
        </w:rPr>
        <w:t>disciplíny</w:t>
      </w:r>
      <w:proofErr w:type="spellEnd"/>
      <w:r w:rsidR="000D194A" w:rsidRPr="00A60EC6">
        <w:br/>
        <w:t xml:space="preserve">- </w:t>
      </w:r>
      <w:proofErr w:type="spellStart"/>
      <w:r w:rsidR="000D194A" w:rsidRPr="00A60EC6">
        <w:t>Individuálně</w:t>
      </w:r>
      <w:proofErr w:type="spellEnd"/>
      <w:r w:rsidR="000D194A" w:rsidRPr="00A60EC6">
        <w:t xml:space="preserve"> </w:t>
      </w:r>
      <w:proofErr w:type="spellStart"/>
      <w:r w:rsidR="000D194A" w:rsidRPr="00A60EC6">
        <w:t>zvolený</w:t>
      </w:r>
      <w:proofErr w:type="spellEnd"/>
      <w:r w:rsidR="000D194A" w:rsidRPr="00A60EC6">
        <w:t xml:space="preserve"> </w:t>
      </w:r>
      <w:proofErr w:type="spellStart"/>
      <w:r w:rsidR="000D194A" w:rsidRPr="00A60EC6">
        <w:t>pohyb</w:t>
      </w:r>
      <w:proofErr w:type="spellEnd"/>
      <w:r w:rsidR="000D194A" w:rsidRPr="00A60EC6">
        <w:t xml:space="preserve"> (</w:t>
      </w:r>
      <w:proofErr w:type="spellStart"/>
      <w:r w:rsidR="000D194A" w:rsidRPr="00A60EC6">
        <w:t>např</w:t>
      </w:r>
      <w:proofErr w:type="spellEnd"/>
      <w:r w:rsidR="000D194A" w:rsidRPr="00A60EC6">
        <w:t xml:space="preserve">. kop, </w:t>
      </w:r>
      <w:proofErr w:type="spellStart"/>
      <w:r w:rsidR="000D194A" w:rsidRPr="00A60EC6">
        <w:t>hod</w:t>
      </w:r>
      <w:proofErr w:type="spellEnd"/>
      <w:r w:rsidR="000D194A" w:rsidRPr="00A60EC6">
        <w:t xml:space="preserve">, </w:t>
      </w:r>
      <w:proofErr w:type="spellStart"/>
      <w:r w:rsidR="000D194A" w:rsidRPr="00A60EC6">
        <w:t>střela</w:t>
      </w:r>
      <w:proofErr w:type="spellEnd"/>
      <w:r w:rsidR="000D194A" w:rsidRPr="00A60EC6">
        <w:t>).</w:t>
      </w:r>
    </w:p>
    <w:p w14:paraId="63A64DEF" w14:textId="228CC43D" w:rsidR="00006754" w:rsidRPr="00A60EC6" w:rsidRDefault="00C41E26" w:rsidP="00C41E26">
      <w:pPr>
        <w:spacing w:after="0"/>
      </w:pPr>
      <w:r w:rsidRPr="00A60EC6">
        <w:t xml:space="preserve">- </w:t>
      </w:r>
      <w:proofErr w:type="spellStart"/>
      <w:r w:rsidRPr="00A60EC6">
        <w:t>Natočení</w:t>
      </w:r>
      <w:proofErr w:type="spellEnd"/>
      <w:r w:rsidRPr="00A60EC6">
        <w:t xml:space="preserve"> </w:t>
      </w:r>
      <w:proofErr w:type="spellStart"/>
      <w:r w:rsidRPr="00A60EC6">
        <w:t>videa</w:t>
      </w:r>
      <w:proofErr w:type="spellEnd"/>
      <w:r w:rsidRPr="00A60EC6">
        <w:t xml:space="preserve"> z </w:t>
      </w:r>
      <w:proofErr w:type="spellStart"/>
      <w:r w:rsidRPr="00A60EC6">
        <w:t>bočního</w:t>
      </w:r>
      <w:proofErr w:type="spellEnd"/>
      <w:r>
        <w:t xml:space="preserve"> a </w:t>
      </w:r>
      <w:proofErr w:type="spellStart"/>
      <w:r>
        <w:t>zadního</w:t>
      </w:r>
      <w:proofErr w:type="spellEnd"/>
      <w:r w:rsidRPr="00A60EC6">
        <w:t xml:space="preserve"> </w:t>
      </w:r>
      <w:proofErr w:type="spellStart"/>
      <w:r w:rsidRPr="00A60EC6">
        <w:t>pohledu</w:t>
      </w:r>
      <w:proofErr w:type="spellEnd"/>
      <w:r w:rsidRPr="00A60EC6">
        <w:t>.</w:t>
      </w:r>
      <w:r w:rsidR="000D194A" w:rsidRPr="00A60EC6">
        <w:br/>
        <w:t>- Klíčové fáze pohybu, biomechanická analýza.</w:t>
      </w:r>
    </w:p>
    <w:p w14:paraId="7E08BCB0" w14:textId="77777777" w:rsidR="00006754" w:rsidRPr="00A60EC6" w:rsidRDefault="000D194A" w:rsidP="00A60EC6">
      <w:pPr>
        <w:pStyle w:val="Nadpis2"/>
        <w:rPr>
          <w:color w:val="auto"/>
        </w:rPr>
      </w:pPr>
      <w:r w:rsidRPr="00A60EC6">
        <w:rPr>
          <w:color w:val="auto"/>
        </w:rPr>
        <w:lastRenderedPageBreak/>
        <w:t>4. Kinogram pohybu</w:t>
      </w:r>
    </w:p>
    <w:p w14:paraId="303B973C" w14:textId="77777777" w:rsidR="00006754" w:rsidRPr="00A60EC6" w:rsidRDefault="000D194A" w:rsidP="00A60EC6">
      <w:r w:rsidRPr="00A60EC6">
        <w:t>- Vytvoření kinogramu vybrané disciplíny:</w:t>
      </w:r>
      <w:r w:rsidRPr="00A60EC6">
        <w:br/>
        <w:t xml:space="preserve">  - Zobrazení klíčových fází pohybu.</w:t>
      </w:r>
      <w:r w:rsidRPr="00A60EC6">
        <w:br/>
        <w:t xml:space="preserve">  - Identifikace hlavních biomechanických aspektů (úhly kloubů, trajektorie, zapojení svalů).</w:t>
      </w:r>
      <w:r w:rsidRPr="00A60EC6">
        <w:br/>
        <w:t xml:space="preserve">  - Porovnání jednotlivců a s ideálním modelem nalezeným na internetu.</w:t>
      </w:r>
    </w:p>
    <w:p w14:paraId="7925B6D4" w14:textId="77777777" w:rsidR="00006754" w:rsidRPr="00A60EC6" w:rsidRDefault="000D194A" w:rsidP="00A60EC6">
      <w:pPr>
        <w:pStyle w:val="Nadpis1"/>
        <w:rPr>
          <w:color w:val="auto"/>
          <w:sz w:val="44"/>
          <w:szCs w:val="44"/>
        </w:rPr>
      </w:pPr>
      <w:proofErr w:type="spellStart"/>
      <w:r w:rsidRPr="00A60EC6">
        <w:rPr>
          <w:color w:val="auto"/>
          <w:sz w:val="44"/>
          <w:szCs w:val="44"/>
        </w:rPr>
        <w:t>Výsledky</w:t>
      </w:r>
      <w:proofErr w:type="spellEnd"/>
    </w:p>
    <w:p w14:paraId="36E3E1A5" w14:textId="3794A7EE" w:rsidR="00006754" w:rsidRPr="00A60EC6" w:rsidRDefault="000D194A" w:rsidP="00A60EC6">
      <w:pPr>
        <w:pStyle w:val="Nadpis2"/>
        <w:rPr>
          <w:color w:val="auto"/>
        </w:rPr>
      </w:pPr>
      <w:r w:rsidRPr="00A60EC6">
        <w:rPr>
          <w:color w:val="auto"/>
        </w:rPr>
        <w:t xml:space="preserve">1. </w:t>
      </w:r>
      <w:proofErr w:type="spellStart"/>
      <w:r w:rsidRPr="00A60EC6">
        <w:rPr>
          <w:color w:val="auto"/>
        </w:rPr>
        <w:t>Tělesná</w:t>
      </w:r>
      <w:proofErr w:type="spellEnd"/>
      <w:r w:rsidRPr="00A60EC6">
        <w:rPr>
          <w:color w:val="auto"/>
        </w:rPr>
        <w:t xml:space="preserve"> </w:t>
      </w:r>
      <w:proofErr w:type="spellStart"/>
      <w:r w:rsidRPr="00A60EC6">
        <w:rPr>
          <w:color w:val="auto"/>
        </w:rPr>
        <w:t>měření</w:t>
      </w:r>
      <w:proofErr w:type="spellEnd"/>
      <w:r w:rsidR="00C41E26">
        <w:rPr>
          <w:color w:val="auto"/>
        </w:rPr>
        <w:t xml:space="preserve"> (</w:t>
      </w:r>
      <w:proofErr w:type="spellStart"/>
      <w:r w:rsidR="00C41E26">
        <w:rPr>
          <w:color w:val="auto"/>
        </w:rPr>
        <w:t>uvede</w:t>
      </w:r>
      <w:proofErr w:type="spellEnd"/>
      <w:r w:rsidR="00C41E26">
        <w:rPr>
          <w:color w:val="auto"/>
        </w:rPr>
        <w:t xml:space="preserve"> </w:t>
      </w:r>
      <w:proofErr w:type="spellStart"/>
      <w:r w:rsidR="00C41E26">
        <w:rPr>
          <w:color w:val="auto"/>
        </w:rPr>
        <w:t>pouze</w:t>
      </w:r>
      <w:proofErr w:type="spellEnd"/>
      <w:r w:rsidR="00C41E26">
        <w:rPr>
          <w:color w:val="auto"/>
        </w:rPr>
        <w:t xml:space="preserve"> </w:t>
      </w:r>
      <w:proofErr w:type="spellStart"/>
      <w:r w:rsidR="00C41E26">
        <w:rPr>
          <w:color w:val="auto"/>
        </w:rPr>
        <w:t>své</w:t>
      </w:r>
      <w:proofErr w:type="spellEnd"/>
      <w:r w:rsidR="00C41E26">
        <w:rPr>
          <w:color w:val="auto"/>
        </w:rPr>
        <w:t xml:space="preserve"> </w:t>
      </w:r>
      <w:proofErr w:type="spellStart"/>
      <w:r w:rsidR="00C41E26">
        <w:rPr>
          <w:color w:val="auto"/>
        </w:rPr>
        <w:t>výsledky</w:t>
      </w:r>
      <w:proofErr w:type="spellEnd"/>
      <w:r w:rsidR="00C41E26">
        <w:rPr>
          <w:color w:val="auto"/>
        </w:rPr>
        <w:t>)</w:t>
      </w:r>
    </w:p>
    <w:p w14:paraId="5F544FE1" w14:textId="77777777" w:rsidR="00006754" w:rsidRPr="00A60EC6" w:rsidRDefault="000D194A" w:rsidP="00A60EC6">
      <w:r w:rsidRPr="00A60EC6">
        <w:t>- Tabulka výsledků bioimpedance a plantografie.</w:t>
      </w:r>
      <w:r w:rsidRPr="00A60EC6">
        <w:br/>
        <w:t>- Interpretace vztahu tělesných parametrů k pohybu.</w:t>
      </w:r>
    </w:p>
    <w:p w14:paraId="40895BE1" w14:textId="77777777" w:rsidR="00006754" w:rsidRPr="00A60EC6" w:rsidRDefault="000D194A" w:rsidP="00A60EC6">
      <w:pPr>
        <w:pStyle w:val="Nadpis2"/>
        <w:rPr>
          <w:color w:val="auto"/>
        </w:rPr>
      </w:pPr>
      <w:r w:rsidRPr="00A60EC6">
        <w:rPr>
          <w:color w:val="auto"/>
        </w:rPr>
        <w:t>2. Kinematická analýza (vybraná disciplína)</w:t>
      </w:r>
    </w:p>
    <w:p w14:paraId="7096AB37" w14:textId="30E16D84" w:rsidR="00006754" w:rsidRPr="00A60EC6" w:rsidRDefault="000D194A" w:rsidP="00A60EC6">
      <w:r w:rsidRPr="00A60EC6">
        <w:t>- Prezentace kinogramu vybrané disciplíny.</w:t>
      </w:r>
      <w:r w:rsidRPr="00A60EC6">
        <w:br/>
        <w:t xml:space="preserve">- Porovnání analýzy pohybů </w:t>
      </w:r>
      <w:proofErr w:type="spellStart"/>
      <w:r w:rsidRPr="00A60EC6">
        <w:t>jednotlivců</w:t>
      </w:r>
      <w:proofErr w:type="spellEnd"/>
      <w:r w:rsidRPr="00A60EC6">
        <w:t xml:space="preserve"> </w:t>
      </w:r>
      <w:proofErr w:type="spellStart"/>
      <w:r w:rsidRPr="00A60EC6">
        <w:t>mezi</w:t>
      </w:r>
      <w:proofErr w:type="spellEnd"/>
      <w:r w:rsidRPr="00A60EC6">
        <w:t xml:space="preserve"> </w:t>
      </w:r>
      <w:proofErr w:type="spellStart"/>
      <w:r w:rsidRPr="00A60EC6">
        <w:t>sebou</w:t>
      </w:r>
      <w:proofErr w:type="spellEnd"/>
      <w:r w:rsidR="00C41E26">
        <w:t xml:space="preserve">, </w:t>
      </w:r>
      <w:proofErr w:type="spellStart"/>
      <w:r w:rsidR="00C41E26">
        <w:t>spolužákem</w:t>
      </w:r>
      <w:proofErr w:type="spellEnd"/>
      <w:r w:rsidRPr="00A60EC6">
        <w:t xml:space="preserve"> a s </w:t>
      </w:r>
      <w:proofErr w:type="spellStart"/>
      <w:r w:rsidRPr="00A60EC6">
        <w:t>ideálním</w:t>
      </w:r>
      <w:proofErr w:type="spellEnd"/>
      <w:r w:rsidRPr="00A60EC6">
        <w:t xml:space="preserve"> </w:t>
      </w:r>
      <w:proofErr w:type="spellStart"/>
      <w:r w:rsidRPr="00A60EC6">
        <w:t>modelem</w:t>
      </w:r>
      <w:proofErr w:type="spellEnd"/>
      <w:r w:rsidRPr="00A60EC6">
        <w:t>.</w:t>
      </w:r>
      <w:r w:rsidRPr="00A60EC6">
        <w:br/>
        <w:t xml:space="preserve">- </w:t>
      </w:r>
      <w:proofErr w:type="spellStart"/>
      <w:r w:rsidRPr="00A60EC6">
        <w:t>Identifikace</w:t>
      </w:r>
      <w:proofErr w:type="spellEnd"/>
      <w:r w:rsidRPr="00A60EC6">
        <w:t xml:space="preserve"> </w:t>
      </w:r>
      <w:proofErr w:type="spellStart"/>
      <w:r w:rsidR="00C41E26">
        <w:t>chyb</w:t>
      </w:r>
      <w:proofErr w:type="spellEnd"/>
      <w:r w:rsidR="00C41E26">
        <w:t xml:space="preserve">, </w:t>
      </w:r>
      <w:proofErr w:type="spellStart"/>
      <w:r w:rsidR="00C41E26">
        <w:t>vyhodnocení</w:t>
      </w:r>
      <w:proofErr w:type="spellEnd"/>
      <w:r w:rsidR="00C41E26">
        <w:t xml:space="preserve"> a </w:t>
      </w:r>
      <w:proofErr w:type="spellStart"/>
      <w:r w:rsidR="00C41E26">
        <w:t>porovnání</w:t>
      </w:r>
      <w:proofErr w:type="spellEnd"/>
      <w:r w:rsidR="00C41E26">
        <w:t xml:space="preserve"> </w:t>
      </w:r>
      <w:proofErr w:type="spellStart"/>
      <w:r w:rsidRPr="00A60EC6">
        <w:t>provedení</w:t>
      </w:r>
      <w:proofErr w:type="spellEnd"/>
      <w:r w:rsidRPr="00A60EC6">
        <w:t xml:space="preserve"> </w:t>
      </w:r>
      <w:proofErr w:type="spellStart"/>
      <w:r w:rsidRPr="00A60EC6">
        <w:t>pohybu</w:t>
      </w:r>
      <w:proofErr w:type="spellEnd"/>
      <w:r w:rsidRPr="00A60EC6">
        <w:t>.</w:t>
      </w:r>
    </w:p>
    <w:p w14:paraId="5F334D12" w14:textId="77777777" w:rsidR="00006754" w:rsidRPr="00A60EC6" w:rsidRDefault="000D194A" w:rsidP="00A60EC6">
      <w:pPr>
        <w:pStyle w:val="Nadpis1"/>
        <w:rPr>
          <w:color w:val="auto"/>
          <w:sz w:val="36"/>
          <w:szCs w:val="36"/>
        </w:rPr>
      </w:pPr>
      <w:r w:rsidRPr="00A60EC6">
        <w:rPr>
          <w:color w:val="auto"/>
          <w:sz w:val="36"/>
          <w:szCs w:val="36"/>
        </w:rPr>
        <w:t>Diskuze</w:t>
      </w:r>
    </w:p>
    <w:p w14:paraId="4E20A18D" w14:textId="77777777" w:rsidR="00006754" w:rsidRPr="00A60EC6" w:rsidRDefault="000D194A" w:rsidP="00A60EC6">
      <w:r w:rsidRPr="00A60EC6">
        <w:t>- Jak tělesné parametry ovlivnily biomechaniku pohybu?</w:t>
      </w:r>
      <w:r w:rsidRPr="00A60EC6">
        <w:br/>
        <w:t>- Co způsobilo odchylky od ideálního modelu?</w:t>
      </w:r>
      <w:r w:rsidRPr="00A60EC6">
        <w:br/>
        <w:t>- Reflexe metodiky a návrhy na zlepšení.</w:t>
      </w:r>
    </w:p>
    <w:p w14:paraId="54E27B48" w14:textId="77777777" w:rsidR="00006754" w:rsidRPr="00A60EC6" w:rsidRDefault="000D194A" w:rsidP="00A60EC6">
      <w:pPr>
        <w:pStyle w:val="Nadpis1"/>
        <w:rPr>
          <w:color w:val="auto"/>
          <w:sz w:val="36"/>
          <w:szCs w:val="36"/>
        </w:rPr>
      </w:pPr>
      <w:proofErr w:type="spellStart"/>
      <w:r w:rsidRPr="00A60EC6">
        <w:rPr>
          <w:color w:val="auto"/>
          <w:sz w:val="36"/>
          <w:szCs w:val="36"/>
        </w:rPr>
        <w:t>Závěr</w:t>
      </w:r>
      <w:proofErr w:type="spellEnd"/>
    </w:p>
    <w:p w14:paraId="0FA069ED" w14:textId="77777777" w:rsidR="00006754" w:rsidRDefault="000D194A" w:rsidP="00A60EC6">
      <w:r w:rsidRPr="00A60EC6">
        <w:t xml:space="preserve">- </w:t>
      </w:r>
      <w:proofErr w:type="spellStart"/>
      <w:r w:rsidRPr="00A60EC6">
        <w:t>Shrnutí</w:t>
      </w:r>
      <w:proofErr w:type="spellEnd"/>
      <w:r w:rsidRPr="00A60EC6">
        <w:t xml:space="preserve"> </w:t>
      </w:r>
      <w:proofErr w:type="spellStart"/>
      <w:r w:rsidRPr="00A60EC6">
        <w:t>hlavních</w:t>
      </w:r>
      <w:proofErr w:type="spellEnd"/>
      <w:r w:rsidRPr="00A60EC6">
        <w:t xml:space="preserve"> </w:t>
      </w:r>
      <w:proofErr w:type="spellStart"/>
      <w:r w:rsidRPr="00A60EC6">
        <w:t>poznatků</w:t>
      </w:r>
      <w:proofErr w:type="spellEnd"/>
      <w:r w:rsidRPr="00A60EC6">
        <w:t>:</w:t>
      </w:r>
      <w:r w:rsidRPr="00A60EC6">
        <w:br/>
        <w:t xml:space="preserve">  - </w:t>
      </w:r>
      <w:proofErr w:type="spellStart"/>
      <w:r w:rsidRPr="00A60EC6">
        <w:t>Vliv</w:t>
      </w:r>
      <w:proofErr w:type="spellEnd"/>
      <w:r w:rsidRPr="00A60EC6">
        <w:t xml:space="preserve"> </w:t>
      </w:r>
      <w:proofErr w:type="spellStart"/>
      <w:r w:rsidRPr="00A60EC6">
        <w:t>tělesných</w:t>
      </w:r>
      <w:proofErr w:type="spellEnd"/>
      <w:r w:rsidRPr="00A60EC6">
        <w:t xml:space="preserve"> </w:t>
      </w:r>
      <w:proofErr w:type="spellStart"/>
      <w:r w:rsidRPr="00A60EC6">
        <w:t>parametrů</w:t>
      </w:r>
      <w:proofErr w:type="spellEnd"/>
      <w:r w:rsidRPr="00A60EC6">
        <w:t xml:space="preserve"> </w:t>
      </w:r>
      <w:proofErr w:type="spellStart"/>
      <w:r w:rsidRPr="00A60EC6">
        <w:t>na</w:t>
      </w:r>
      <w:proofErr w:type="spellEnd"/>
      <w:r w:rsidRPr="00A60EC6">
        <w:t xml:space="preserve"> biomechaniku vybrané disciplíny.</w:t>
      </w:r>
      <w:r w:rsidRPr="00A60EC6">
        <w:br/>
        <w:t xml:space="preserve">  - Klíčové faktory pro zlepšení techniky.</w:t>
      </w:r>
      <w:r w:rsidRPr="00A60EC6">
        <w:br/>
        <w:t xml:space="preserve">  - </w:t>
      </w:r>
      <w:proofErr w:type="spellStart"/>
      <w:r w:rsidRPr="00A60EC6">
        <w:t>Význam</w:t>
      </w:r>
      <w:proofErr w:type="spellEnd"/>
      <w:r w:rsidRPr="00A60EC6">
        <w:t xml:space="preserve"> </w:t>
      </w:r>
      <w:proofErr w:type="spellStart"/>
      <w:r w:rsidRPr="00A60EC6">
        <w:t>kinogramů</w:t>
      </w:r>
      <w:proofErr w:type="spellEnd"/>
      <w:r w:rsidRPr="00A60EC6">
        <w:t xml:space="preserve"> pro </w:t>
      </w:r>
      <w:proofErr w:type="spellStart"/>
      <w:r w:rsidRPr="00A60EC6">
        <w:t>hodnocení</w:t>
      </w:r>
      <w:proofErr w:type="spellEnd"/>
      <w:r w:rsidRPr="00A60EC6">
        <w:t xml:space="preserve"> a </w:t>
      </w:r>
      <w:proofErr w:type="spellStart"/>
      <w:r w:rsidRPr="00A60EC6">
        <w:t>optimalizaci</w:t>
      </w:r>
      <w:proofErr w:type="spellEnd"/>
      <w:r w:rsidRPr="00A60EC6">
        <w:t xml:space="preserve"> </w:t>
      </w:r>
      <w:proofErr w:type="spellStart"/>
      <w:r w:rsidRPr="00A60EC6">
        <w:t>pohybu</w:t>
      </w:r>
      <w:proofErr w:type="spellEnd"/>
      <w:r w:rsidRPr="00A60EC6">
        <w:t>.</w:t>
      </w:r>
    </w:p>
    <w:p w14:paraId="180C6ABD" w14:textId="77777777" w:rsidR="00D345DF" w:rsidRDefault="00D345DF" w:rsidP="00D345DF">
      <w:pPr>
        <w:pStyle w:val="Nadpis1"/>
        <w:rPr>
          <w:color w:val="auto"/>
          <w:sz w:val="36"/>
          <w:szCs w:val="36"/>
        </w:rPr>
      </w:pPr>
      <w:proofErr w:type="spellStart"/>
      <w:r>
        <w:rPr>
          <w:color w:val="auto"/>
          <w:sz w:val="36"/>
          <w:szCs w:val="36"/>
        </w:rPr>
        <w:t>Zdroje</w:t>
      </w:r>
      <w:proofErr w:type="spellEnd"/>
    </w:p>
    <w:p w14:paraId="2F678CA2" w14:textId="77777777" w:rsidR="00D345DF" w:rsidRPr="00D345DF" w:rsidRDefault="00D345DF" w:rsidP="00D345DF">
      <w:proofErr w:type="spellStart"/>
      <w:r>
        <w:t>Uveďte</w:t>
      </w:r>
      <w:proofErr w:type="spellEnd"/>
      <w:r>
        <w:t xml:space="preserve"> </w:t>
      </w:r>
      <w:proofErr w:type="spellStart"/>
      <w:r>
        <w:t>zdroje</w:t>
      </w:r>
      <w:proofErr w:type="spellEnd"/>
      <w:r>
        <w:t xml:space="preserve">, s </w:t>
      </w:r>
      <w:proofErr w:type="spellStart"/>
      <w:r>
        <w:t>kterými</w:t>
      </w:r>
      <w:proofErr w:type="spellEnd"/>
      <w:r>
        <w:t xml:space="preserve"> </w:t>
      </w:r>
      <w:proofErr w:type="spellStart"/>
      <w:r>
        <w:t>jste</w:t>
      </w:r>
      <w:proofErr w:type="spellEnd"/>
      <w:r>
        <w:t xml:space="preserve"> </w:t>
      </w:r>
      <w:proofErr w:type="spellStart"/>
      <w:r>
        <w:t>pracovali</w:t>
      </w:r>
      <w:proofErr w:type="spellEnd"/>
      <w:r>
        <w:t xml:space="preserve"> (</w:t>
      </w:r>
      <w:proofErr w:type="spellStart"/>
      <w:r>
        <w:t>dle</w:t>
      </w:r>
      <w:proofErr w:type="spellEnd"/>
      <w:r>
        <w:t xml:space="preserve"> </w:t>
      </w:r>
      <w:proofErr w:type="spellStart"/>
      <w:r>
        <w:t>normy</w:t>
      </w:r>
      <w:proofErr w:type="spellEnd"/>
      <w:r>
        <w:t xml:space="preserve"> APA 7). </w:t>
      </w:r>
      <w:proofErr w:type="spellStart"/>
      <w:r>
        <w:t>Popište</w:t>
      </w:r>
      <w:proofErr w:type="spellEnd"/>
      <w:r>
        <w:t xml:space="preserve"> </w:t>
      </w:r>
      <w:proofErr w:type="spellStart"/>
      <w:r>
        <w:t>jak</w:t>
      </w:r>
      <w:proofErr w:type="spellEnd"/>
      <w:r>
        <w:t xml:space="preserve"> </w:t>
      </w:r>
      <w:proofErr w:type="spellStart"/>
      <w:r>
        <w:t>jste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své</w:t>
      </w:r>
      <w:proofErr w:type="spellEnd"/>
      <w:r>
        <w:t xml:space="preserve"> </w:t>
      </w:r>
      <w:proofErr w:type="spellStart"/>
      <w:r>
        <w:t>práci</w:t>
      </w:r>
      <w:proofErr w:type="spellEnd"/>
      <w:r>
        <w:t xml:space="preserve"> </w:t>
      </w:r>
      <w:proofErr w:type="spellStart"/>
      <w:r>
        <w:t>využili</w:t>
      </w:r>
      <w:proofErr w:type="spellEnd"/>
      <w:r>
        <w:t xml:space="preserve"> </w:t>
      </w:r>
      <w:proofErr w:type="spellStart"/>
      <w:r>
        <w:t>umělou</w:t>
      </w:r>
      <w:proofErr w:type="spellEnd"/>
      <w:r>
        <w:t xml:space="preserve"> </w:t>
      </w:r>
      <w:proofErr w:type="spellStart"/>
      <w:r>
        <w:t>inteligenci</w:t>
      </w:r>
      <w:proofErr w:type="spellEnd"/>
      <w:r>
        <w:t xml:space="preserve">. </w:t>
      </w:r>
    </w:p>
    <w:p w14:paraId="328AF0A1" w14:textId="77777777" w:rsidR="00D345DF" w:rsidRDefault="00D345DF" w:rsidP="00A60EC6"/>
    <w:p w14:paraId="173E18CC" w14:textId="77777777" w:rsidR="00D345DF" w:rsidRDefault="00D345DF" w:rsidP="00A60EC6"/>
    <w:p w14:paraId="444A0873" w14:textId="53333133" w:rsidR="000D194A" w:rsidRDefault="000D194A" w:rsidP="00A60EC6"/>
    <w:p w14:paraId="6DF35FF8" w14:textId="77777777" w:rsidR="00C41E26" w:rsidRDefault="00C41E26" w:rsidP="00A60EC6">
      <w:bookmarkStart w:id="0" w:name="_GoBack"/>
      <w:bookmarkEnd w:id="0"/>
    </w:p>
    <w:p w14:paraId="67330269" w14:textId="77777777" w:rsidR="00A60EC6" w:rsidRDefault="00A60EC6" w:rsidP="00A60EC6"/>
    <w:p w14:paraId="2AF05FCC" w14:textId="77777777" w:rsidR="000D194A" w:rsidRPr="000D194A" w:rsidRDefault="000D194A" w:rsidP="00A60EC6">
      <w:pPr>
        <w:rPr>
          <w:b/>
          <w:i/>
        </w:rPr>
      </w:pPr>
      <w:proofErr w:type="spellStart"/>
      <w:r w:rsidRPr="000D194A">
        <w:rPr>
          <w:b/>
          <w:i/>
        </w:rPr>
        <w:lastRenderedPageBreak/>
        <w:t>Pozn</w:t>
      </w:r>
      <w:proofErr w:type="spellEnd"/>
      <w:r w:rsidR="00A60EC6" w:rsidRPr="000D194A">
        <w:rPr>
          <w:b/>
          <w:i/>
        </w:rPr>
        <w:t xml:space="preserve">: </w:t>
      </w:r>
    </w:p>
    <w:p w14:paraId="6297CCEE" w14:textId="77777777" w:rsidR="000D194A" w:rsidRPr="00A60EC6" w:rsidRDefault="000D194A" w:rsidP="000D194A">
      <w:proofErr w:type="spellStart"/>
      <w:r w:rsidRPr="000D194A">
        <w:rPr>
          <w:b/>
        </w:rPr>
        <w:t>Doporučené</w:t>
      </w:r>
      <w:proofErr w:type="spellEnd"/>
      <w:r w:rsidRPr="000D194A">
        <w:rPr>
          <w:b/>
        </w:rPr>
        <w:t xml:space="preserve"> </w:t>
      </w:r>
      <w:proofErr w:type="spellStart"/>
      <w:r w:rsidRPr="000D194A">
        <w:rPr>
          <w:b/>
        </w:rPr>
        <w:t>aplikace</w:t>
      </w:r>
      <w:proofErr w:type="spellEnd"/>
      <w:r w:rsidRPr="000D194A">
        <w:rPr>
          <w:b/>
        </w:rPr>
        <w:t xml:space="preserve"> pro </w:t>
      </w:r>
      <w:proofErr w:type="spellStart"/>
      <w:r w:rsidRPr="000D194A">
        <w:rPr>
          <w:b/>
        </w:rPr>
        <w:t>kinematickou</w:t>
      </w:r>
      <w:proofErr w:type="spellEnd"/>
      <w:r w:rsidRPr="000D194A">
        <w:rPr>
          <w:b/>
        </w:rPr>
        <w:t xml:space="preserve"> </w:t>
      </w:r>
      <w:proofErr w:type="spellStart"/>
      <w:r w:rsidRPr="000D194A">
        <w:rPr>
          <w:b/>
        </w:rPr>
        <w:t>analýzu</w:t>
      </w:r>
      <w:proofErr w:type="spellEnd"/>
      <w:r w:rsidRPr="000D194A">
        <w:rPr>
          <w:b/>
        </w:rPr>
        <w:t>:</w:t>
      </w:r>
      <w:r w:rsidRPr="00A60EC6">
        <w:br/>
        <w:t xml:space="preserve">- Coach’s Eye: </w:t>
      </w:r>
      <w:proofErr w:type="spellStart"/>
      <w:r w:rsidRPr="00A60EC6">
        <w:t>Profesionální</w:t>
      </w:r>
      <w:proofErr w:type="spellEnd"/>
      <w:r w:rsidRPr="00A60EC6">
        <w:t xml:space="preserve"> </w:t>
      </w:r>
      <w:proofErr w:type="spellStart"/>
      <w:r w:rsidRPr="00A60EC6">
        <w:t>analýza</w:t>
      </w:r>
      <w:proofErr w:type="spellEnd"/>
      <w:r w:rsidRPr="00A60EC6">
        <w:t xml:space="preserve"> </w:t>
      </w:r>
      <w:proofErr w:type="spellStart"/>
      <w:r w:rsidRPr="00A60EC6">
        <w:t>pohybu</w:t>
      </w:r>
      <w:proofErr w:type="spellEnd"/>
      <w:r w:rsidRPr="00A60EC6">
        <w:t xml:space="preserve"> s </w:t>
      </w:r>
      <w:proofErr w:type="spellStart"/>
      <w:r w:rsidRPr="00A60EC6">
        <w:t>možností</w:t>
      </w:r>
      <w:proofErr w:type="spellEnd"/>
      <w:r w:rsidRPr="00A60EC6">
        <w:t xml:space="preserve"> </w:t>
      </w:r>
      <w:proofErr w:type="spellStart"/>
      <w:r w:rsidRPr="00A60EC6">
        <w:t>zpomalení</w:t>
      </w:r>
      <w:proofErr w:type="spellEnd"/>
      <w:r w:rsidRPr="00A60EC6">
        <w:t xml:space="preserve"> </w:t>
      </w:r>
      <w:proofErr w:type="spellStart"/>
      <w:r w:rsidRPr="00A60EC6">
        <w:t>videa</w:t>
      </w:r>
      <w:proofErr w:type="spellEnd"/>
      <w:r w:rsidRPr="00A60EC6">
        <w:t xml:space="preserve">, </w:t>
      </w:r>
      <w:proofErr w:type="spellStart"/>
      <w:r w:rsidRPr="00A60EC6">
        <w:t>měření</w:t>
      </w:r>
      <w:proofErr w:type="spellEnd"/>
      <w:r w:rsidRPr="00A60EC6">
        <w:t xml:space="preserve"> </w:t>
      </w:r>
      <w:proofErr w:type="spellStart"/>
      <w:r w:rsidRPr="00A60EC6">
        <w:t>úhlů</w:t>
      </w:r>
      <w:proofErr w:type="spellEnd"/>
      <w:r w:rsidRPr="00A60EC6">
        <w:t xml:space="preserve"> a </w:t>
      </w:r>
      <w:proofErr w:type="spellStart"/>
      <w:r w:rsidRPr="00A60EC6">
        <w:t>porovnání</w:t>
      </w:r>
      <w:proofErr w:type="spellEnd"/>
      <w:r w:rsidRPr="00A60EC6">
        <w:t>.</w:t>
      </w:r>
      <w:r w:rsidRPr="00A60EC6">
        <w:br/>
        <w:t xml:space="preserve">- </w:t>
      </w:r>
      <w:proofErr w:type="spellStart"/>
      <w:r w:rsidRPr="00A60EC6">
        <w:t>Hudl</w:t>
      </w:r>
      <w:proofErr w:type="spellEnd"/>
      <w:r w:rsidRPr="00A60EC6">
        <w:t xml:space="preserve"> Technique: </w:t>
      </w:r>
      <w:proofErr w:type="spellStart"/>
      <w:r w:rsidRPr="00A60EC6">
        <w:t>Zpomalení</w:t>
      </w:r>
      <w:proofErr w:type="spellEnd"/>
      <w:r w:rsidRPr="00A60EC6">
        <w:t xml:space="preserve"> </w:t>
      </w:r>
      <w:proofErr w:type="spellStart"/>
      <w:r w:rsidRPr="00A60EC6">
        <w:t>videa</w:t>
      </w:r>
      <w:proofErr w:type="spellEnd"/>
      <w:r w:rsidRPr="00A60EC6">
        <w:t xml:space="preserve">, </w:t>
      </w:r>
      <w:proofErr w:type="spellStart"/>
      <w:r w:rsidRPr="00A60EC6">
        <w:t>kreslení</w:t>
      </w:r>
      <w:proofErr w:type="spellEnd"/>
      <w:r w:rsidRPr="00A60EC6">
        <w:t xml:space="preserve"> </w:t>
      </w:r>
      <w:proofErr w:type="spellStart"/>
      <w:r w:rsidRPr="00A60EC6">
        <w:t>na</w:t>
      </w:r>
      <w:proofErr w:type="spellEnd"/>
      <w:r w:rsidRPr="00A60EC6">
        <w:t xml:space="preserve"> </w:t>
      </w:r>
      <w:proofErr w:type="spellStart"/>
      <w:r w:rsidRPr="00A60EC6">
        <w:t>obraz</w:t>
      </w:r>
      <w:proofErr w:type="spellEnd"/>
      <w:r w:rsidRPr="00A60EC6">
        <w:t xml:space="preserve"> a </w:t>
      </w:r>
      <w:proofErr w:type="spellStart"/>
      <w:r w:rsidRPr="00A60EC6">
        <w:t>snadné</w:t>
      </w:r>
      <w:proofErr w:type="spellEnd"/>
      <w:r w:rsidRPr="00A60EC6">
        <w:t xml:space="preserve"> </w:t>
      </w:r>
      <w:proofErr w:type="spellStart"/>
      <w:r w:rsidRPr="00A60EC6">
        <w:t>sdílení</w:t>
      </w:r>
      <w:proofErr w:type="spellEnd"/>
      <w:r w:rsidRPr="00A60EC6">
        <w:t>.</w:t>
      </w:r>
      <w:r w:rsidRPr="00A60EC6">
        <w:br/>
        <w:t xml:space="preserve">- My Jump 2: </w:t>
      </w:r>
      <w:proofErr w:type="spellStart"/>
      <w:r w:rsidRPr="00A60EC6">
        <w:t>Specializované</w:t>
      </w:r>
      <w:proofErr w:type="spellEnd"/>
      <w:r w:rsidRPr="00A60EC6">
        <w:t xml:space="preserve"> </w:t>
      </w:r>
      <w:proofErr w:type="spellStart"/>
      <w:r w:rsidRPr="00A60EC6">
        <w:t>na</w:t>
      </w:r>
      <w:proofErr w:type="spellEnd"/>
      <w:r w:rsidRPr="00A60EC6">
        <w:t xml:space="preserve"> </w:t>
      </w:r>
      <w:proofErr w:type="spellStart"/>
      <w:r w:rsidRPr="00A60EC6">
        <w:t>analýzu</w:t>
      </w:r>
      <w:proofErr w:type="spellEnd"/>
      <w:r w:rsidRPr="00A60EC6">
        <w:t xml:space="preserve"> </w:t>
      </w:r>
      <w:proofErr w:type="spellStart"/>
      <w:r w:rsidRPr="00A60EC6">
        <w:t>skoků</w:t>
      </w:r>
      <w:proofErr w:type="spellEnd"/>
      <w:r w:rsidRPr="00A60EC6">
        <w:t xml:space="preserve"> (</w:t>
      </w:r>
      <w:proofErr w:type="spellStart"/>
      <w:r w:rsidRPr="00A60EC6">
        <w:t>výška</w:t>
      </w:r>
      <w:proofErr w:type="spellEnd"/>
      <w:r w:rsidRPr="00A60EC6">
        <w:t xml:space="preserve">, </w:t>
      </w:r>
      <w:proofErr w:type="spellStart"/>
      <w:r w:rsidRPr="00A60EC6">
        <w:t>trajektorie</w:t>
      </w:r>
      <w:proofErr w:type="spellEnd"/>
      <w:r w:rsidRPr="00A60EC6">
        <w:t>).</w:t>
      </w:r>
      <w:r w:rsidRPr="00A60EC6">
        <w:br/>
        <w:t xml:space="preserve">- Map My Run </w:t>
      </w:r>
      <w:proofErr w:type="spellStart"/>
      <w:r w:rsidRPr="00A60EC6">
        <w:t>nebo</w:t>
      </w:r>
      <w:proofErr w:type="spellEnd"/>
      <w:r w:rsidRPr="00A60EC6">
        <w:t xml:space="preserve"> </w:t>
      </w:r>
      <w:proofErr w:type="spellStart"/>
      <w:r w:rsidRPr="00A60EC6">
        <w:t>Runkeeper</w:t>
      </w:r>
      <w:proofErr w:type="spellEnd"/>
      <w:r w:rsidRPr="00A60EC6">
        <w:t xml:space="preserve">: </w:t>
      </w:r>
      <w:proofErr w:type="spellStart"/>
      <w:r w:rsidRPr="00A60EC6">
        <w:t>Monitorování</w:t>
      </w:r>
      <w:proofErr w:type="spellEnd"/>
      <w:r w:rsidRPr="00A60EC6">
        <w:t xml:space="preserve"> </w:t>
      </w:r>
      <w:proofErr w:type="spellStart"/>
      <w:r w:rsidRPr="00A60EC6">
        <w:t>běhu</w:t>
      </w:r>
      <w:proofErr w:type="spellEnd"/>
      <w:r w:rsidRPr="00A60EC6">
        <w:t xml:space="preserve"> a </w:t>
      </w:r>
      <w:proofErr w:type="spellStart"/>
      <w:r w:rsidRPr="00A60EC6">
        <w:t>chůze</w:t>
      </w:r>
      <w:proofErr w:type="spellEnd"/>
      <w:r w:rsidRPr="00A60EC6">
        <w:t xml:space="preserve"> (</w:t>
      </w:r>
      <w:proofErr w:type="spellStart"/>
      <w:r w:rsidRPr="00A60EC6">
        <w:t>nordic</w:t>
      </w:r>
      <w:proofErr w:type="spellEnd"/>
      <w:r w:rsidRPr="00A60EC6">
        <w:t xml:space="preserve"> walking).</w:t>
      </w:r>
      <w:r w:rsidRPr="00A60EC6">
        <w:br/>
        <w:t xml:space="preserve">- </w:t>
      </w:r>
      <w:proofErr w:type="spellStart"/>
      <w:r w:rsidRPr="00A60EC6">
        <w:t>Kinovea</w:t>
      </w:r>
      <w:proofErr w:type="spellEnd"/>
      <w:r w:rsidRPr="00A60EC6">
        <w:t xml:space="preserve">: </w:t>
      </w:r>
      <w:proofErr w:type="spellStart"/>
      <w:r w:rsidRPr="00A60EC6">
        <w:t>Pokročilá</w:t>
      </w:r>
      <w:proofErr w:type="spellEnd"/>
      <w:r w:rsidRPr="00A60EC6">
        <w:t xml:space="preserve"> </w:t>
      </w:r>
      <w:proofErr w:type="spellStart"/>
      <w:r w:rsidRPr="00A60EC6">
        <w:t>softwarová</w:t>
      </w:r>
      <w:proofErr w:type="spellEnd"/>
      <w:r w:rsidRPr="00A60EC6">
        <w:t xml:space="preserve"> </w:t>
      </w:r>
      <w:proofErr w:type="spellStart"/>
      <w:r w:rsidRPr="00A60EC6">
        <w:t>analýza</w:t>
      </w:r>
      <w:proofErr w:type="spellEnd"/>
      <w:r w:rsidRPr="00A60EC6">
        <w:t xml:space="preserve"> pro </w:t>
      </w:r>
      <w:proofErr w:type="spellStart"/>
      <w:r w:rsidRPr="00A60EC6">
        <w:t>detekci</w:t>
      </w:r>
      <w:proofErr w:type="spellEnd"/>
      <w:r w:rsidRPr="00A60EC6">
        <w:t xml:space="preserve"> </w:t>
      </w:r>
      <w:proofErr w:type="spellStart"/>
      <w:r w:rsidRPr="00A60EC6">
        <w:t>biomechanických</w:t>
      </w:r>
      <w:proofErr w:type="spellEnd"/>
      <w:r w:rsidRPr="00A60EC6">
        <w:t xml:space="preserve"> </w:t>
      </w:r>
      <w:proofErr w:type="spellStart"/>
      <w:r w:rsidRPr="00A60EC6">
        <w:t>parametrů</w:t>
      </w:r>
      <w:proofErr w:type="spellEnd"/>
      <w:r w:rsidRPr="00A60EC6">
        <w:t>.</w:t>
      </w:r>
    </w:p>
    <w:p w14:paraId="749DACA9" w14:textId="77777777" w:rsidR="000D194A" w:rsidRDefault="000D194A" w:rsidP="00A60EC6">
      <w:pPr>
        <w:rPr>
          <w:i/>
        </w:rPr>
      </w:pPr>
    </w:p>
    <w:p w14:paraId="5FF5C64E" w14:textId="77777777" w:rsidR="00A60EC6" w:rsidRPr="000D194A" w:rsidRDefault="00A60EC6" w:rsidP="00A60EC6">
      <w:pPr>
        <w:rPr>
          <w:b/>
        </w:rPr>
      </w:pPr>
    </w:p>
    <w:sectPr w:rsidR="00A60EC6" w:rsidRPr="000D194A" w:rsidSect="00A60EC6">
      <w:pgSz w:w="12240" w:h="15840"/>
      <w:pgMar w:top="993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se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se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Se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Se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6754"/>
    <w:rsid w:val="00034616"/>
    <w:rsid w:val="0006063C"/>
    <w:rsid w:val="000D194A"/>
    <w:rsid w:val="0015074B"/>
    <w:rsid w:val="0029639D"/>
    <w:rsid w:val="00326F90"/>
    <w:rsid w:val="00A03A04"/>
    <w:rsid w:val="00A60EC6"/>
    <w:rsid w:val="00AA1D8D"/>
    <w:rsid w:val="00B47730"/>
    <w:rsid w:val="00C41E26"/>
    <w:rsid w:val="00CB0664"/>
    <w:rsid w:val="00D345D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AE54D51"/>
  <w14:defaultImageDpi w14:val="300"/>
  <w15:docId w15:val="{63D83A31-AA6E-405B-85F5-8CAFC56D7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FC693F"/>
  </w:style>
  <w:style w:type="paragraph" w:styleId="Nadpis1">
    <w:name w:val="heading 1"/>
    <w:basedOn w:val="Normln"/>
    <w:next w:val="Normln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618BF"/>
  </w:style>
  <w:style w:type="paragraph" w:styleId="Zpat">
    <w:name w:val="footer"/>
    <w:basedOn w:val="Normln"/>
    <w:link w:val="Zpa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618BF"/>
  </w:style>
  <w:style w:type="paragraph" w:styleId="Bezmezer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ev">
    <w:name w:val="Title"/>
    <w:basedOn w:val="Normln"/>
    <w:next w:val="Normln"/>
    <w:link w:val="Nze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rsid w:val="00AA1D8D"/>
  </w:style>
  <w:style w:type="paragraph" w:styleId="Zkladntext2">
    <w:name w:val="Body Text 2"/>
    <w:basedOn w:val="Normln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rsid w:val="00AA1D8D"/>
  </w:style>
  <w:style w:type="paragraph" w:styleId="Zkladntext3">
    <w:name w:val="Body Text 3"/>
    <w:basedOn w:val="Normln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rsid w:val="00AA1D8D"/>
    <w:rPr>
      <w:sz w:val="16"/>
      <w:szCs w:val="16"/>
    </w:rPr>
  </w:style>
  <w:style w:type="paragraph" w:styleId="Seznam">
    <w:name w:val="List"/>
    <w:basedOn w:val="Normln"/>
    <w:uiPriority w:val="99"/>
    <w:unhideWhenUsed/>
    <w:rsid w:val="00AA1D8D"/>
    <w:pPr>
      <w:ind w:left="360" w:hanging="360"/>
      <w:contextualSpacing/>
    </w:pPr>
  </w:style>
  <w:style w:type="paragraph" w:styleId="Seznam2">
    <w:name w:val="List 2"/>
    <w:basedOn w:val="Normln"/>
    <w:uiPriority w:val="99"/>
    <w:unhideWhenUsed/>
    <w:rsid w:val="00326F90"/>
    <w:pPr>
      <w:ind w:left="720" w:hanging="360"/>
      <w:contextualSpacing/>
    </w:pPr>
  </w:style>
  <w:style w:type="paragraph" w:styleId="Seznam3">
    <w:name w:val="List 3"/>
    <w:basedOn w:val="Normln"/>
    <w:uiPriority w:val="99"/>
    <w:unhideWhenUsed/>
    <w:rsid w:val="00326F90"/>
    <w:pPr>
      <w:ind w:left="1080" w:hanging="360"/>
      <w:contextualSpacing/>
    </w:pPr>
  </w:style>
  <w:style w:type="paragraph" w:styleId="Seznamsodrkami">
    <w:name w:val="List Bullet"/>
    <w:basedOn w:val="Normln"/>
    <w:uiPriority w:val="99"/>
    <w:unhideWhenUsed/>
    <w:rsid w:val="00326F90"/>
    <w:pPr>
      <w:numPr>
        <w:numId w:val="1"/>
      </w:numPr>
      <w:contextualSpacing/>
    </w:pPr>
  </w:style>
  <w:style w:type="paragraph" w:styleId="Seznamsodrkami2">
    <w:name w:val="List Bullet 2"/>
    <w:basedOn w:val="Normln"/>
    <w:uiPriority w:val="99"/>
    <w:unhideWhenUsed/>
    <w:rsid w:val="00326F90"/>
    <w:pPr>
      <w:numPr>
        <w:numId w:val="2"/>
      </w:numPr>
      <w:contextualSpacing/>
    </w:pPr>
  </w:style>
  <w:style w:type="paragraph" w:styleId="Seznamsodrkami3">
    <w:name w:val="List Bullet 3"/>
    <w:basedOn w:val="Normln"/>
    <w:uiPriority w:val="99"/>
    <w:unhideWhenUsed/>
    <w:rsid w:val="00326F90"/>
    <w:pPr>
      <w:numPr>
        <w:numId w:val="3"/>
      </w:numPr>
      <w:contextualSpacing/>
    </w:pPr>
  </w:style>
  <w:style w:type="paragraph" w:styleId="slovanseznam">
    <w:name w:val="List Number"/>
    <w:basedOn w:val="Normln"/>
    <w:uiPriority w:val="99"/>
    <w:unhideWhenUsed/>
    <w:rsid w:val="00326F90"/>
    <w:pPr>
      <w:numPr>
        <w:numId w:val="5"/>
      </w:numPr>
      <w:contextualSpacing/>
    </w:pPr>
  </w:style>
  <w:style w:type="paragraph" w:styleId="slovanseznam2">
    <w:name w:val="List Number 2"/>
    <w:basedOn w:val="Normln"/>
    <w:uiPriority w:val="99"/>
    <w:unhideWhenUsed/>
    <w:rsid w:val="0029639D"/>
    <w:pPr>
      <w:numPr>
        <w:numId w:val="6"/>
      </w:numPr>
      <w:contextualSpacing/>
    </w:pPr>
  </w:style>
  <w:style w:type="paragraph" w:styleId="slovanseznam3">
    <w:name w:val="List Number 3"/>
    <w:basedOn w:val="Normln"/>
    <w:uiPriority w:val="99"/>
    <w:unhideWhenUsed/>
    <w:rsid w:val="0029639D"/>
    <w:pPr>
      <w:numPr>
        <w:numId w:val="7"/>
      </w:numPr>
      <w:contextualSpacing/>
    </w:pPr>
  </w:style>
  <w:style w:type="paragraph" w:styleId="Pokraovnseznamu">
    <w:name w:val="List Continue"/>
    <w:basedOn w:val="Normln"/>
    <w:uiPriority w:val="99"/>
    <w:unhideWhenUsed/>
    <w:rsid w:val="0029639D"/>
    <w:pPr>
      <w:spacing w:after="120"/>
      <w:ind w:left="360"/>
      <w:contextualSpacing/>
    </w:pPr>
  </w:style>
  <w:style w:type="paragraph" w:styleId="Pokraovnseznamu2">
    <w:name w:val="List Continue 2"/>
    <w:basedOn w:val="Normln"/>
    <w:uiPriority w:val="99"/>
    <w:unhideWhenUsed/>
    <w:rsid w:val="0029639D"/>
    <w:pPr>
      <w:spacing w:after="120"/>
      <w:ind w:left="720"/>
      <w:contextualSpacing/>
    </w:pPr>
  </w:style>
  <w:style w:type="paragraph" w:styleId="Pokraovnseznamu3">
    <w:name w:val="List Continue 3"/>
    <w:basedOn w:val="Normln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Standardnpsmoodstavce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t">
    <w:name w:val="Quote"/>
    <w:basedOn w:val="Normln"/>
    <w:next w:val="Normln"/>
    <w:link w:val="CittChar"/>
    <w:uiPriority w:val="29"/>
    <w:qFormat/>
    <w:rsid w:val="00FC693F"/>
    <w:rPr>
      <w:i/>
      <w:iCs/>
      <w:color w:val="000000" w:themeColor="text1"/>
    </w:rPr>
  </w:style>
  <w:style w:type="character" w:customStyle="1" w:styleId="CittChar">
    <w:name w:val="Citát Char"/>
    <w:basedOn w:val="Standardnpsmoodstavce"/>
    <w:link w:val="Citt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iln">
    <w:name w:val="Strong"/>
    <w:basedOn w:val="Standardnpsmoodstavce"/>
    <w:uiPriority w:val="22"/>
    <w:qFormat/>
    <w:rsid w:val="00FC693F"/>
    <w:rPr>
      <w:b/>
      <w:bCs/>
    </w:rPr>
  </w:style>
  <w:style w:type="character" w:styleId="Zdraznn">
    <w:name w:val="Emphasis"/>
    <w:basedOn w:val="Standardnpsmoodstavce"/>
    <w:uiPriority w:val="20"/>
    <w:qFormat/>
    <w:rsid w:val="00FC693F"/>
    <w:rPr>
      <w:i/>
      <w:iCs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C693F"/>
    <w:rPr>
      <w:b/>
      <w:bCs/>
      <w:i/>
      <w:iCs/>
      <w:color w:val="4F81BD" w:themeColor="accent1"/>
    </w:rPr>
  </w:style>
  <w:style w:type="character" w:styleId="Zdraznnjemn">
    <w:name w:val="Subtle Emphasis"/>
    <w:basedOn w:val="Standardnpsmoodstavce"/>
    <w:uiPriority w:val="19"/>
    <w:qFormat/>
    <w:rsid w:val="00FC693F"/>
    <w:rPr>
      <w:i/>
      <w:iCs/>
      <w:color w:val="808080" w:themeColor="text1" w:themeTint="7F"/>
    </w:rPr>
  </w:style>
  <w:style w:type="character" w:styleId="Zdraznnintenzivn">
    <w:name w:val="Intense Emphasis"/>
    <w:basedOn w:val="Standardnpsmoodstavce"/>
    <w:uiPriority w:val="21"/>
    <w:qFormat/>
    <w:rsid w:val="00FC693F"/>
    <w:rPr>
      <w:b/>
      <w:bCs/>
      <w:i/>
      <w:iCs/>
      <w:color w:val="4F81BD" w:themeColor="accent1"/>
    </w:rPr>
  </w:style>
  <w:style w:type="character" w:styleId="Odkazjemn">
    <w:name w:val="Subtle Reference"/>
    <w:basedOn w:val="Standardnpsmoodstavce"/>
    <w:uiPriority w:val="31"/>
    <w:qFormat/>
    <w:rsid w:val="00FC693F"/>
    <w:rPr>
      <w:smallCaps/>
      <w:color w:val="C0504D" w:themeColor="accent2"/>
      <w:u w:val="single"/>
    </w:rPr>
  </w:style>
  <w:style w:type="character" w:styleId="Odkazintenzivn">
    <w:name w:val="Intense Reference"/>
    <w:basedOn w:val="Standardnpsmoodstavce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evknihy">
    <w:name w:val="Book Title"/>
    <w:basedOn w:val="Standardnpsmoodstavce"/>
    <w:uiPriority w:val="33"/>
    <w:qFormat/>
    <w:rsid w:val="00FC693F"/>
    <w:rPr>
      <w:b/>
      <w:b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FC693F"/>
    <w:pPr>
      <w:outlineLvl w:val="9"/>
    </w:pPr>
  </w:style>
  <w:style w:type="table" w:styleId="Mkatabulky">
    <w:name w:val="Table Grid"/>
    <w:basedOn w:val="Normlntabul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stnovn">
    <w:name w:val="Light Shading"/>
    <w:basedOn w:val="Normlntabul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tlstnovnzvraznn1">
    <w:name w:val="Light Shading Accent 1"/>
    <w:basedOn w:val="Normlntabul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tlstnovnzvraznn2">
    <w:name w:val="Light Shading Accent 2"/>
    <w:basedOn w:val="Normlntabul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tlstnovnzvraznn3">
    <w:name w:val="Light Shading Accent 3"/>
    <w:basedOn w:val="Normlntabul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tlstnovnzvraznn4">
    <w:name w:val="Light Shading Accent 4"/>
    <w:basedOn w:val="Normlntabul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tlstnovnzvraznn5">
    <w:name w:val="Light Shading Accent 5"/>
    <w:basedOn w:val="Normlntabul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tlstnovnzvraznn6">
    <w:name w:val="Light Shading Accent 6"/>
    <w:basedOn w:val="Normlntabul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tlseznam">
    <w:name w:val="Light List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tlseznamzvraznn1">
    <w:name w:val="Light List Accent 1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tlseznamzvraznn2">
    <w:name w:val="Light List Accent 2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tlseznamzvraznn3">
    <w:name w:val="Light List Accent 3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tlseznamzvraznn4">
    <w:name w:val="Light List Accent 4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tlseznamzvraznn5">
    <w:name w:val="Light List Accent 5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tlseznamzvraznn6">
    <w:name w:val="Light List Accent 6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tlmka">
    <w:name w:val="Light Grid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tlmkazvraznn1">
    <w:name w:val="Light Grid Accent 1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tlmkazvraznn2">
    <w:name w:val="Light Grid Accent 2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tlmkazvraznn3">
    <w:name w:val="Light Grid Accent 3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tlmkazvraznn4">
    <w:name w:val="Light Grid Accent 4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tlmkazvraznn5">
    <w:name w:val="Light Grid Accent 5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tlmkazvraznn6">
    <w:name w:val="Light Grid Accent 6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ednstnovn1">
    <w:name w:val="Medium Shading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1">
    <w:name w:val="Medium Shading 1 Accent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2">
    <w:name w:val="Medium Shading 1 Accent 2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3">
    <w:name w:val="Medium Shading 1 Accent 3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4">
    <w:name w:val="Medium Shading 1 Accent 4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5">
    <w:name w:val="Medium Shading 1 Accent 5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6">
    <w:name w:val="Medium Shading 1 Accent 6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2">
    <w:name w:val="Medium Shading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1">
    <w:name w:val="Medium Shading 2 Accent 1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2">
    <w:name w:val="Medium Shading 2 Accent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3">
    <w:name w:val="Medium Shading 2 Accent 3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4">
    <w:name w:val="Medium Shading 2 Accent 4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5">
    <w:name w:val="Medium Shading 2 Accent 5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6">
    <w:name w:val="Medium Shading 2 Accent 6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eznam1">
    <w:name w:val="Medium Lis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ednseznam1zvraznn1">
    <w:name w:val="Medium List 1 Accen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ednseznam1zvraznn2">
    <w:name w:val="Medium List 1 Accent 2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ednseznam1zvraznn3">
    <w:name w:val="Medium List 1 Accent 3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ednseznam1zvraznn4">
    <w:name w:val="Medium List 1 Accent 4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ednseznam1zvraznn5">
    <w:name w:val="Medium List 1 Accent 5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ednseznam1zvraznn6">
    <w:name w:val="Medium List 1 Accent 6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ednseznam2">
    <w:name w:val="Medium Lis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1">
    <w:name w:val="Medium List 2 Accent 1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2">
    <w:name w:val="Medium List 2 Accen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3">
    <w:name w:val="Medium List 2 Accent 3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4">
    <w:name w:val="Medium List 2 Accent 4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5">
    <w:name w:val="Medium List 2 Accent 5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6">
    <w:name w:val="Medium List 2 Accent 6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mka1">
    <w:name w:val="Medium Grid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ednmka1zvraznn1">
    <w:name w:val="Medium Grid 1 Accent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ednmka1zvraznn2">
    <w:name w:val="Medium Grid 1 Accent 2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ednmka1zvraznn3">
    <w:name w:val="Medium Grid 1 Accent 3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ednmka1zvraznn4">
    <w:name w:val="Medium Grid 1 Accent 4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ednmka1zvraznn5">
    <w:name w:val="Medium Grid 1 Accent 5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ednmka1zvraznn6">
    <w:name w:val="Medium Grid 1 Accent 6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ednmka2">
    <w:name w:val="Medium Grid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1">
    <w:name w:val="Medium Grid 2 Accent 1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2">
    <w:name w:val="Medium Grid 2 Accent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3">
    <w:name w:val="Medium Grid 2 Accent 3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4">
    <w:name w:val="Medium Grid 2 Accent 4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5">
    <w:name w:val="Medium Grid 2 Accent 5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6">
    <w:name w:val="Medium Grid 2 Accent 6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3">
    <w:name w:val="Medium Grid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ednmka3zvraznn1">
    <w:name w:val="Medium Grid 3 Accent 1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ednmka3zvraznn2">
    <w:name w:val="Medium Grid 3 Accent 2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ednmka3zvraznn3">
    <w:name w:val="Medium Grid 3 Accent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ednmka3zvraznn4">
    <w:name w:val="Medium Grid 3 Accent 4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ednmka3zvraznn5">
    <w:name w:val="Medium Grid 3 Accent 5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ednmka3zvraznn6">
    <w:name w:val="Medium Grid 3 Accent 6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seznam">
    <w:name w:val="Dark List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seznamzvraznn1">
    <w:name w:val="Dark List Accent 1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seznamzvraznn2">
    <w:name w:val="Dark List Accent 2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seznamzvraznn3">
    <w:name w:val="Dark List Accent 3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seznamzvraznn4">
    <w:name w:val="Dark List Accent 4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seznamzvraznn5">
    <w:name w:val="Dark List Accent 5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seznamzvraznn6">
    <w:name w:val="Dark List Accent 6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Barevnstnovn">
    <w:name w:val="Colorful Shading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1">
    <w:name w:val="Colorful Shading Accent 1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2">
    <w:name w:val="Colorful Shading Accent 2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3">
    <w:name w:val="Colorful Shading Accent 3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stnovnzvraznn4">
    <w:name w:val="Colorful Shading Accent 4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5">
    <w:name w:val="Colorful Shading Accent 5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6">
    <w:name w:val="Colorful Shading Accent 6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eznam">
    <w:name w:val="Colorful List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evnseznamzvraznn1">
    <w:name w:val="Colorful List Accent 1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Barevnseznamzvraznn2">
    <w:name w:val="Colorful List Accent 2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Barevnseznamzvraznn3">
    <w:name w:val="Colorful List Accent 3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Barevnseznamzvraznn4">
    <w:name w:val="Colorful List Accent 4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Barevnseznamzvraznn5">
    <w:name w:val="Colorful List Accent 5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Barevnseznamzvraznn6">
    <w:name w:val="Colorful List Accent 6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Barevnmka">
    <w:name w:val="Colorful Grid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Barevnmkazvraznn1">
    <w:name w:val="Colorful Grid Accent 1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Barevnmkazvraznn2">
    <w:name w:val="Colorful Grid Accent 2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Barevnmkazvraznn3">
    <w:name w:val="Colorful Grid Accent 3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mkazvraznn4">
    <w:name w:val="Colorful Grid Accent 4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Barevnmkazvraznn5">
    <w:name w:val="Colorful Grid Accent 5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Barevnmkazvraznn6">
    <w:name w:val="Colorful Grid Accent 6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C7E3344-6133-415B-AE15-C870423F1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623</Words>
  <Characters>3678</Characters>
  <Application>Microsoft Office Word</Application>
  <DocSecurity>0</DocSecurity>
  <Lines>30</Lines>
  <Paragraphs>8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4293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Martin Škopek</cp:lastModifiedBy>
  <cp:revision>5</cp:revision>
  <dcterms:created xsi:type="dcterms:W3CDTF">2013-12-23T23:15:00Z</dcterms:created>
  <dcterms:modified xsi:type="dcterms:W3CDTF">2025-09-30T07:35:00Z</dcterms:modified>
  <cp:category/>
</cp:coreProperties>
</file>